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10"/>
        <w:gridCol w:w="6620"/>
      </w:tblGrid>
      <w:tr w:rsidR="00991A01" w:rsidRPr="00FF73FA" w:rsidTr="00495CE6">
        <w:tc>
          <w:tcPr>
            <w:tcW w:w="1555" w:type="dxa"/>
          </w:tcPr>
          <w:p w:rsidR="00991A01" w:rsidRPr="00FF73FA" w:rsidRDefault="00991A01" w:rsidP="00495CE6">
            <w:pPr>
              <w:rPr>
                <w:sz w:val="24"/>
                <w:szCs w:val="24"/>
              </w:rPr>
            </w:pPr>
            <w:r w:rsidRPr="00FF73FA">
              <w:rPr>
                <w:sz w:val="24"/>
                <w:szCs w:val="24"/>
              </w:rPr>
              <w:fldChar w:fldCharType="begin"/>
            </w:r>
            <w:r w:rsidRPr="00FF73FA">
              <w:rPr>
                <w:sz w:val="24"/>
                <w:szCs w:val="24"/>
              </w:rPr>
              <w:instrText xml:space="preserve"> INCLUDEPICTURE "https://www.uniquindio.edu.co/info/uniquindio/media/bloque9.png" \* MERGEFORMATINET </w:instrText>
            </w:r>
            <w:r w:rsidRPr="00FF73FA">
              <w:rPr>
                <w:sz w:val="24"/>
                <w:szCs w:val="24"/>
              </w:rPr>
              <w:fldChar w:fldCharType="separate"/>
            </w:r>
            <w:r w:rsidRPr="00FF73FA">
              <w:rPr>
                <w:noProof/>
                <w:sz w:val="24"/>
                <w:szCs w:val="24"/>
                <w:lang w:eastAsia="es-CO"/>
              </w:rPr>
              <w:drawing>
                <wp:inline distT="0" distB="0" distL="0" distR="0" wp14:anchorId="527B9E05" wp14:editId="6B6A0B44">
                  <wp:extent cx="1139371" cy="539261"/>
                  <wp:effectExtent l="0" t="0" r="0" b="0"/>
                  <wp:docPr id="1" name="Imagen 1" descr="Universidad del Quindí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iversidad del Quindí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036" cy="557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FA">
              <w:rPr>
                <w:sz w:val="24"/>
                <w:szCs w:val="24"/>
              </w:rPr>
              <w:fldChar w:fldCharType="end"/>
            </w:r>
          </w:p>
          <w:p w:rsidR="00991A01" w:rsidRPr="00FF73FA" w:rsidRDefault="00991A01" w:rsidP="00495CE6">
            <w:pPr>
              <w:rPr>
                <w:sz w:val="24"/>
                <w:szCs w:val="24"/>
              </w:rPr>
            </w:pPr>
          </w:p>
        </w:tc>
        <w:tc>
          <w:tcPr>
            <w:tcW w:w="7273" w:type="dxa"/>
          </w:tcPr>
          <w:p w:rsidR="00991A01" w:rsidRPr="00FF73FA" w:rsidRDefault="00991A01" w:rsidP="00495CE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91A01" w:rsidRDefault="00FF73FA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RÚBRICA PARA LA EVALUACIÓN DE</w:t>
            </w:r>
            <w:r w:rsidR="00991A01" w:rsidRPr="00FF73F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ANTEPROYECTOS</w:t>
            </w:r>
          </w:p>
          <w:p w:rsidR="00495CE6" w:rsidRPr="00FF73FA" w:rsidRDefault="00DE3937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Modalidad </w:t>
            </w:r>
            <w:r w:rsidR="00814055">
              <w:rPr>
                <w:b/>
                <w:bCs/>
                <w:sz w:val="24"/>
                <w:szCs w:val="24"/>
              </w:rPr>
              <w:t>Monografía</w:t>
            </w:r>
          </w:p>
          <w:p w:rsidR="00991A01" w:rsidRPr="00FF73FA" w:rsidRDefault="00991A01" w:rsidP="00495CE6">
            <w:pPr>
              <w:jc w:val="center"/>
              <w:rPr>
                <w:sz w:val="24"/>
                <w:szCs w:val="24"/>
              </w:rPr>
            </w:pPr>
            <w:r w:rsidRPr="00FF73FA">
              <w:rPr>
                <w:sz w:val="24"/>
                <w:szCs w:val="24"/>
              </w:rPr>
              <w:t xml:space="preserve">Programa: Tecnología en instrumentación electrónica </w:t>
            </w:r>
          </w:p>
        </w:tc>
      </w:tr>
    </w:tbl>
    <w:p w:rsidR="00991A01" w:rsidRPr="00FF73FA" w:rsidRDefault="00991A01" w:rsidP="00991A01">
      <w:pPr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9"/>
        <w:gridCol w:w="4311"/>
      </w:tblGrid>
      <w:tr w:rsidR="00991A01" w:rsidRPr="00FF73FA" w:rsidTr="00495CE6">
        <w:tc>
          <w:tcPr>
            <w:tcW w:w="8630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:rsidR="00991A01" w:rsidRPr="00FF73FA" w:rsidRDefault="00991A01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 xml:space="preserve">Información general </w:t>
            </w:r>
          </w:p>
        </w:tc>
      </w:tr>
      <w:tr w:rsidR="00991A01" w:rsidRPr="00FF73FA" w:rsidTr="00495CE6">
        <w:tc>
          <w:tcPr>
            <w:tcW w:w="8630" w:type="dxa"/>
            <w:gridSpan w:val="2"/>
            <w:shd w:val="pct15" w:color="auto" w:fill="auto"/>
          </w:tcPr>
          <w:p w:rsidR="00991A01" w:rsidRPr="00FF73FA" w:rsidRDefault="00991A01" w:rsidP="00991A01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 xml:space="preserve">Título del </w:t>
            </w:r>
            <w:r w:rsidR="00FF73FA">
              <w:rPr>
                <w:b/>
                <w:bCs/>
                <w:sz w:val="24"/>
                <w:szCs w:val="24"/>
              </w:rPr>
              <w:t>Anteproyecto</w:t>
            </w:r>
          </w:p>
        </w:tc>
      </w:tr>
      <w:tr w:rsidR="00991A01" w:rsidRPr="00FF73FA" w:rsidTr="00495CE6">
        <w:tc>
          <w:tcPr>
            <w:tcW w:w="8630" w:type="dxa"/>
            <w:gridSpan w:val="2"/>
            <w:tcBorders>
              <w:bottom w:val="single" w:sz="4" w:space="0" w:color="auto"/>
            </w:tcBorders>
          </w:tcPr>
          <w:p w:rsidR="00991A01" w:rsidRPr="00FF73FA" w:rsidRDefault="00991A01" w:rsidP="00495CE6">
            <w:pPr>
              <w:jc w:val="center"/>
              <w:rPr>
                <w:sz w:val="24"/>
                <w:szCs w:val="24"/>
              </w:rPr>
            </w:pPr>
          </w:p>
        </w:tc>
      </w:tr>
      <w:tr w:rsidR="00991A01" w:rsidRPr="00FF73FA" w:rsidTr="00495CE6">
        <w:tc>
          <w:tcPr>
            <w:tcW w:w="4319" w:type="dxa"/>
            <w:shd w:val="pct15" w:color="auto" w:fill="auto"/>
          </w:tcPr>
          <w:p w:rsidR="00991A01" w:rsidRPr="00FF73FA" w:rsidRDefault="005B15AE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  <w:r w:rsidR="00495CE6">
              <w:rPr>
                <w:b/>
                <w:bCs/>
                <w:sz w:val="24"/>
                <w:szCs w:val="24"/>
              </w:rPr>
              <w:t xml:space="preserve">mbre y </w:t>
            </w:r>
            <w:r w:rsidR="00991A01" w:rsidRPr="00FF73FA">
              <w:rPr>
                <w:b/>
                <w:bCs/>
                <w:sz w:val="24"/>
                <w:szCs w:val="24"/>
              </w:rPr>
              <w:t>Apellidos del Estudiante</w:t>
            </w:r>
          </w:p>
        </w:tc>
        <w:tc>
          <w:tcPr>
            <w:tcW w:w="4311" w:type="dxa"/>
            <w:shd w:val="pct15" w:color="auto" w:fill="auto"/>
          </w:tcPr>
          <w:p w:rsidR="00991A01" w:rsidRPr="00FF73FA" w:rsidRDefault="00495CE6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Correo Electrónico</w:t>
            </w:r>
          </w:p>
        </w:tc>
      </w:tr>
      <w:tr w:rsidR="00991A01" w:rsidRPr="00FF73FA" w:rsidTr="00495CE6">
        <w:tc>
          <w:tcPr>
            <w:tcW w:w="4319" w:type="dxa"/>
            <w:tcBorders>
              <w:bottom w:val="single" w:sz="4" w:space="0" w:color="auto"/>
            </w:tcBorders>
          </w:tcPr>
          <w:p w:rsidR="00991A01" w:rsidRPr="00FF73FA" w:rsidRDefault="00991A01" w:rsidP="00495C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1" w:type="dxa"/>
            <w:tcBorders>
              <w:bottom w:val="single" w:sz="4" w:space="0" w:color="auto"/>
            </w:tcBorders>
          </w:tcPr>
          <w:p w:rsidR="00991A01" w:rsidRPr="00FF73FA" w:rsidRDefault="00991A01" w:rsidP="00495CE6">
            <w:pPr>
              <w:jc w:val="center"/>
              <w:rPr>
                <w:sz w:val="24"/>
                <w:szCs w:val="24"/>
              </w:rPr>
            </w:pPr>
          </w:p>
        </w:tc>
      </w:tr>
      <w:tr w:rsidR="00991A01" w:rsidRPr="00FF73FA" w:rsidTr="00495CE6">
        <w:tc>
          <w:tcPr>
            <w:tcW w:w="4319" w:type="dxa"/>
            <w:shd w:val="pct15" w:color="auto" w:fill="auto"/>
          </w:tcPr>
          <w:p w:rsidR="00991A01" w:rsidRPr="00FF73FA" w:rsidRDefault="00991A01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>Nombres y apellidos del evaluador</w:t>
            </w:r>
          </w:p>
        </w:tc>
        <w:tc>
          <w:tcPr>
            <w:tcW w:w="4311" w:type="dxa"/>
            <w:shd w:val="pct15" w:color="auto" w:fill="auto"/>
          </w:tcPr>
          <w:p w:rsidR="00991A01" w:rsidRPr="00FF73FA" w:rsidRDefault="00991A01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>Correo electrónico</w:t>
            </w:r>
          </w:p>
        </w:tc>
      </w:tr>
      <w:tr w:rsidR="00991A01" w:rsidRPr="00FF73FA" w:rsidTr="00495CE6">
        <w:tc>
          <w:tcPr>
            <w:tcW w:w="4319" w:type="dxa"/>
          </w:tcPr>
          <w:p w:rsidR="00991A01" w:rsidRPr="00FF73FA" w:rsidRDefault="00991A01" w:rsidP="00495C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1" w:type="dxa"/>
          </w:tcPr>
          <w:p w:rsidR="00991A01" w:rsidRPr="00FF73FA" w:rsidRDefault="00991A01" w:rsidP="00495CE6">
            <w:pPr>
              <w:jc w:val="center"/>
              <w:rPr>
                <w:sz w:val="24"/>
                <w:szCs w:val="24"/>
              </w:rPr>
            </w:pPr>
          </w:p>
        </w:tc>
      </w:tr>
      <w:tr w:rsidR="00495CE6" w:rsidRPr="00FF73FA" w:rsidTr="00495CE6">
        <w:tc>
          <w:tcPr>
            <w:tcW w:w="4319" w:type="dxa"/>
          </w:tcPr>
          <w:p w:rsidR="00495CE6" w:rsidRPr="00F47792" w:rsidRDefault="00495CE6" w:rsidP="00495C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Nombre y Apellido del Director</w:t>
            </w:r>
          </w:p>
        </w:tc>
        <w:tc>
          <w:tcPr>
            <w:tcW w:w="4311" w:type="dxa"/>
          </w:tcPr>
          <w:p w:rsidR="00495CE6" w:rsidRPr="00FF73FA" w:rsidRDefault="00495CE6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>Correo electrónico</w:t>
            </w:r>
          </w:p>
        </w:tc>
      </w:tr>
      <w:tr w:rsidR="00495CE6" w:rsidRPr="00FF73FA" w:rsidTr="00495CE6">
        <w:tc>
          <w:tcPr>
            <w:tcW w:w="4319" w:type="dxa"/>
          </w:tcPr>
          <w:p w:rsidR="00495CE6" w:rsidRPr="00F47792" w:rsidRDefault="00495CE6" w:rsidP="00495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</w:tcPr>
          <w:p w:rsidR="00495CE6" w:rsidRPr="00FF73FA" w:rsidRDefault="00495CE6" w:rsidP="00495CE6">
            <w:pPr>
              <w:jc w:val="center"/>
              <w:rPr>
                <w:sz w:val="24"/>
                <w:szCs w:val="24"/>
              </w:rPr>
            </w:pPr>
          </w:p>
        </w:tc>
      </w:tr>
      <w:tr w:rsidR="00495CE6" w:rsidRPr="00FF73FA" w:rsidTr="00495CE6">
        <w:tc>
          <w:tcPr>
            <w:tcW w:w="4319" w:type="dxa"/>
          </w:tcPr>
          <w:p w:rsidR="00495CE6" w:rsidRDefault="00495CE6" w:rsidP="00495CE6">
            <w:pPr>
              <w:jc w:val="center"/>
              <w:rPr>
                <w:b/>
                <w:sz w:val="24"/>
                <w:szCs w:val="24"/>
              </w:rPr>
            </w:pPr>
            <w:r w:rsidRPr="00F47792">
              <w:rPr>
                <w:b/>
                <w:sz w:val="24"/>
                <w:szCs w:val="24"/>
              </w:rPr>
              <w:t>Fecha de Evaluación Anteproyecto</w:t>
            </w:r>
          </w:p>
        </w:tc>
        <w:tc>
          <w:tcPr>
            <w:tcW w:w="4311" w:type="dxa"/>
          </w:tcPr>
          <w:p w:rsidR="00495CE6" w:rsidRPr="00FF73FA" w:rsidRDefault="00495CE6" w:rsidP="00495C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F47792" w:rsidRDefault="00F47792" w:rsidP="005407FF">
      <w:pPr>
        <w:jc w:val="both"/>
        <w:rPr>
          <w:sz w:val="24"/>
          <w:szCs w:val="24"/>
        </w:rPr>
      </w:pPr>
    </w:p>
    <w:p w:rsidR="005407FF" w:rsidRPr="00FF73FA" w:rsidRDefault="005407FF" w:rsidP="005407FF">
      <w:pPr>
        <w:jc w:val="both"/>
        <w:rPr>
          <w:sz w:val="24"/>
          <w:szCs w:val="24"/>
        </w:rPr>
      </w:pPr>
      <w:r w:rsidRPr="00FF73FA">
        <w:rPr>
          <w:sz w:val="24"/>
          <w:szCs w:val="24"/>
        </w:rPr>
        <w:t xml:space="preserve">Para proceder a la </w:t>
      </w:r>
      <w:r w:rsidR="00814055" w:rsidRPr="00FF73FA">
        <w:rPr>
          <w:sz w:val="24"/>
          <w:szCs w:val="24"/>
        </w:rPr>
        <w:t>revisión</w:t>
      </w:r>
      <w:r w:rsidRPr="00FF73FA">
        <w:rPr>
          <w:sz w:val="24"/>
          <w:szCs w:val="24"/>
        </w:rPr>
        <w:t xml:space="preserve"> y calificación del anteproyecto debe contar con la carta de aprobación del director del trabajo, de lo con</w:t>
      </w:r>
      <w:r w:rsidR="005B15AE">
        <w:rPr>
          <w:sz w:val="24"/>
          <w:szCs w:val="24"/>
        </w:rPr>
        <w:t>trario no es objeto de avaluació</w:t>
      </w:r>
      <w:r w:rsidRPr="00FF73FA">
        <w:rPr>
          <w:sz w:val="24"/>
          <w:szCs w:val="24"/>
        </w:rPr>
        <w:t xml:space="preserve">n y debe ser rechazado. </w:t>
      </w:r>
    </w:p>
    <w:tbl>
      <w:tblPr>
        <w:tblStyle w:val="Tablaconcuadrcul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418"/>
        <w:gridCol w:w="1701"/>
        <w:gridCol w:w="1701"/>
        <w:gridCol w:w="1134"/>
      </w:tblGrid>
      <w:tr w:rsidR="00FF73FA" w:rsidTr="00814055">
        <w:trPr>
          <w:jc w:val="center"/>
        </w:trPr>
        <w:tc>
          <w:tcPr>
            <w:tcW w:w="9493" w:type="dxa"/>
            <w:gridSpan w:val="6"/>
            <w:shd w:val="clear" w:color="auto" w:fill="D9D9D9" w:themeFill="background1" w:themeFillShade="D9"/>
            <w:vAlign w:val="center"/>
          </w:tcPr>
          <w:p w:rsidR="00FF73FA" w:rsidRPr="00FF73FA" w:rsidRDefault="00FF73FA" w:rsidP="00FF73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Evaluació</w:t>
            </w:r>
            <w:r w:rsidRPr="00FF73FA">
              <w:rPr>
                <w:b/>
                <w:sz w:val="24"/>
                <w:szCs w:val="24"/>
              </w:rPr>
              <w:t>n del Anteproyecto</w:t>
            </w:r>
          </w:p>
        </w:tc>
      </w:tr>
      <w:tr w:rsidR="005F3544" w:rsidTr="00723ED6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723ED6">
            <w:pPr>
              <w:jc w:val="center"/>
              <w:rPr>
                <w:b/>
              </w:rPr>
            </w:pPr>
            <w:r w:rsidRPr="005407FF">
              <w:rPr>
                <w:b/>
              </w:rPr>
              <w:t>Criterio</w:t>
            </w:r>
          </w:p>
        </w:tc>
        <w:tc>
          <w:tcPr>
            <w:tcW w:w="1701" w:type="dxa"/>
          </w:tcPr>
          <w:p w:rsidR="005F3544" w:rsidRPr="005407FF" w:rsidRDefault="00641C34">
            <w:pPr>
              <w:rPr>
                <w:b/>
              </w:rPr>
            </w:pPr>
            <w:r w:rsidRPr="005407FF">
              <w:rPr>
                <w:b/>
              </w:rPr>
              <w:t>Excelente (4)</w:t>
            </w:r>
          </w:p>
        </w:tc>
        <w:tc>
          <w:tcPr>
            <w:tcW w:w="1418" w:type="dxa"/>
          </w:tcPr>
          <w:p w:rsidR="005F3544" w:rsidRPr="005407FF" w:rsidRDefault="00641C34">
            <w:pPr>
              <w:rPr>
                <w:b/>
              </w:rPr>
            </w:pPr>
            <w:r w:rsidRPr="005407FF">
              <w:rPr>
                <w:b/>
              </w:rPr>
              <w:t>Bueno (3)</w:t>
            </w:r>
          </w:p>
        </w:tc>
        <w:tc>
          <w:tcPr>
            <w:tcW w:w="1701" w:type="dxa"/>
          </w:tcPr>
          <w:p w:rsidR="005F3544" w:rsidRPr="005407FF" w:rsidRDefault="00641C34">
            <w:pPr>
              <w:rPr>
                <w:b/>
              </w:rPr>
            </w:pPr>
            <w:r w:rsidRPr="005407FF">
              <w:rPr>
                <w:b/>
              </w:rPr>
              <w:t>Aceptable (2)</w:t>
            </w:r>
          </w:p>
        </w:tc>
        <w:tc>
          <w:tcPr>
            <w:tcW w:w="1701" w:type="dxa"/>
          </w:tcPr>
          <w:p w:rsidR="005F3544" w:rsidRPr="005407FF" w:rsidRDefault="00641C34">
            <w:pPr>
              <w:rPr>
                <w:b/>
              </w:rPr>
            </w:pPr>
            <w:r w:rsidRPr="005407FF">
              <w:rPr>
                <w:b/>
              </w:rPr>
              <w:t>Deficiente (1)</w:t>
            </w:r>
          </w:p>
        </w:tc>
        <w:tc>
          <w:tcPr>
            <w:tcW w:w="1134" w:type="dxa"/>
          </w:tcPr>
          <w:p w:rsidR="005F3544" w:rsidRPr="00FF73FA" w:rsidRDefault="00641C34" w:rsidP="00FF73FA">
            <w:pPr>
              <w:jc w:val="center"/>
              <w:rPr>
                <w:b/>
                <w:sz w:val="16"/>
                <w:szCs w:val="16"/>
              </w:rPr>
            </w:pPr>
            <w:r w:rsidRPr="00FF73FA">
              <w:rPr>
                <w:b/>
                <w:sz w:val="16"/>
                <w:szCs w:val="16"/>
              </w:rPr>
              <w:t>Calificación (1-4)</w:t>
            </w:r>
          </w:p>
        </w:tc>
      </w:tr>
      <w:tr w:rsidR="005F3544" w:rsidTr="00723ED6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723ED6">
            <w:pPr>
              <w:jc w:val="center"/>
              <w:rPr>
                <w:b/>
              </w:rPr>
            </w:pPr>
            <w:r w:rsidRPr="005407FF">
              <w:rPr>
                <w:b/>
              </w:rPr>
              <w:t>Título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Es claro, bien redactado y refleja el contenido central del anteproyecto.</w:t>
            </w:r>
          </w:p>
        </w:tc>
        <w:tc>
          <w:tcPr>
            <w:tcW w:w="1418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Es claro pero puede mejorar en precisión.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Redacción ambigua o poco enfocada.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refleja el contenido del proyecto.</w:t>
            </w:r>
          </w:p>
        </w:tc>
        <w:tc>
          <w:tcPr>
            <w:tcW w:w="1134" w:type="dxa"/>
          </w:tcPr>
          <w:p w:rsidR="005F3544" w:rsidRDefault="005F3544"/>
        </w:tc>
      </w:tr>
      <w:tr w:rsidR="005F3544" w:rsidTr="00723ED6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723ED6">
            <w:pPr>
              <w:jc w:val="center"/>
              <w:rPr>
                <w:b/>
              </w:rPr>
            </w:pPr>
            <w:r w:rsidRPr="005407FF">
              <w:rPr>
                <w:b/>
              </w:rPr>
              <w:t>Resumen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Sintetiza con claridad y fidelidad los puntos clave del proyecto.</w:t>
            </w:r>
          </w:p>
        </w:tc>
        <w:tc>
          <w:tcPr>
            <w:tcW w:w="1418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Contiene los elementos esenciales con menor claridad.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Presenta omisiones o falta de coherencia.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representa adecuadamente el contenido.</w:t>
            </w:r>
          </w:p>
        </w:tc>
        <w:tc>
          <w:tcPr>
            <w:tcW w:w="1134" w:type="dxa"/>
          </w:tcPr>
          <w:p w:rsidR="005F3544" w:rsidRDefault="005F3544"/>
        </w:tc>
      </w:tr>
      <w:tr w:rsidR="005F3544" w:rsidTr="00723ED6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723ED6">
            <w:pPr>
              <w:jc w:val="center"/>
              <w:rPr>
                <w:b/>
              </w:rPr>
            </w:pPr>
            <w:r w:rsidRPr="005407FF">
              <w:rPr>
                <w:b/>
              </w:rPr>
              <w:t>Introducción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Redacta claramente el tema y justifica el método empleado.</w:t>
            </w:r>
          </w:p>
        </w:tc>
        <w:tc>
          <w:tcPr>
            <w:tcW w:w="1418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Presenta el tema, pero falta argumentación del método.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Poco contextualizada o general.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introduce adecuadamente el tema.</w:t>
            </w:r>
          </w:p>
        </w:tc>
        <w:tc>
          <w:tcPr>
            <w:tcW w:w="1134" w:type="dxa"/>
          </w:tcPr>
          <w:p w:rsidR="005F3544" w:rsidRDefault="005F3544"/>
        </w:tc>
      </w:tr>
      <w:tr w:rsidR="00F00F5E" w:rsidTr="00723ED6">
        <w:trPr>
          <w:jc w:val="center"/>
        </w:trPr>
        <w:tc>
          <w:tcPr>
            <w:tcW w:w="1838" w:type="dxa"/>
            <w:vAlign w:val="center"/>
          </w:tcPr>
          <w:p w:rsidR="00F00F5E" w:rsidRPr="005407FF" w:rsidRDefault="00F00F5E" w:rsidP="00723ED6">
            <w:pPr>
              <w:jc w:val="center"/>
              <w:rPr>
                <w:b/>
              </w:rPr>
            </w:pPr>
            <w:r w:rsidRPr="00814055">
              <w:rPr>
                <w:b/>
                <w:color w:val="BFBFBF" w:themeColor="background1" w:themeShade="BF"/>
              </w:rPr>
              <w:t>Planteamiento del problema</w:t>
            </w:r>
          </w:p>
        </w:tc>
        <w:tc>
          <w:tcPr>
            <w:tcW w:w="6521" w:type="dxa"/>
            <w:gridSpan w:val="4"/>
            <w:vAlign w:val="center"/>
          </w:tcPr>
          <w:p w:rsidR="00F00F5E" w:rsidRPr="00F00F5E" w:rsidRDefault="005B15AE" w:rsidP="00723E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 A</w:t>
            </w:r>
            <w:r w:rsidR="00F00F5E" w:rsidRPr="00F00F5E">
              <w:rPr>
                <w:b/>
                <w:sz w:val="20"/>
                <w:szCs w:val="20"/>
              </w:rPr>
              <w:t>plica</w:t>
            </w:r>
            <w:r w:rsidR="00814055">
              <w:rPr>
                <w:b/>
                <w:sz w:val="20"/>
                <w:szCs w:val="20"/>
              </w:rPr>
              <w:t xml:space="preserve"> para Monografí</w:t>
            </w: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:rsidR="00F00F5E" w:rsidRDefault="00F00F5E"/>
        </w:tc>
      </w:tr>
      <w:tr w:rsidR="005F3544" w:rsidTr="00723ED6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723ED6">
            <w:pPr>
              <w:jc w:val="center"/>
              <w:rPr>
                <w:b/>
              </w:rPr>
            </w:pPr>
            <w:r w:rsidRPr="005407FF">
              <w:rPr>
                <w:b/>
              </w:rPr>
              <w:t>Objetivos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Son claros, medibles y relacionados con el problema.</w:t>
            </w:r>
          </w:p>
        </w:tc>
        <w:tc>
          <w:tcPr>
            <w:tcW w:w="1418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Son comprensibles pero mejorables.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Poco claros o no medibles.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Inadecuados o ausentes.</w:t>
            </w:r>
          </w:p>
        </w:tc>
        <w:tc>
          <w:tcPr>
            <w:tcW w:w="1134" w:type="dxa"/>
          </w:tcPr>
          <w:p w:rsidR="005F3544" w:rsidRDefault="005F3544"/>
        </w:tc>
      </w:tr>
      <w:tr w:rsidR="005F3544" w:rsidTr="00723ED6">
        <w:trPr>
          <w:jc w:val="center"/>
        </w:trPr>
        <w:tc>
          <w:tcPr>
            <w:tcW w:w="1838" w:type="dxa"/>
            <w:vAlign w:val="center"/>
          </w:tcPr>
          <w:p w:rsidR="005407FF" w:rsidRDefault="005407FF" w:rsidP="00723ED6">
            <w:pPr>
              <w:jc w:val="center"/>
              <w:rPr>
                <w:b/>
              </w:rPr>
            </w:pPr>
          </w:p>
          <w:p w:rsidR="00FF73FA" w:rsidRDefault="00FF73FA" w:rsidP="00723ED6">
            <w:pPr>
              <w:jc w:val="center"/>
              <w:rPr>
                <w:b/>
              </w:rPr>
            </w:pPr>
          </w:p>
          <w:p w:rsidR="00FF73FA" w:rsidRDefault="00FF73FA" w:rsidP="00723ED6">
            <w:pPr>
              <w:jc w:val="center"/>
              <w:rPr>
                <w:b/>
              </w:rPr>
            </w:pPr>
          </w:p>
          <w:p w:rsidR="005F3544" w:rsidRPr="005407FF" w:rsidRDefault="00641C34" w:rsidP="00723ED6">
            <w:pPr>
              <w:jc w:val="center"/>
              <w:rPr>
                <w:b/>
              </w:rPr>
            </w:pPr>
            <w:r w:rsidRPr="005407FF">
              <w:rPr>
                <w:b/>
              </w:rPr>
              <w:t>Justificación</w:t>
            </w:r>
          </w:p>
        </w:tc>
        <w:tc>
          <w:tcPr>
            <w:tcW w:w="1701" w:type="dxa"/>
          </w:tcPr>
          <w:p w:rsidR="005407FF" w:rsidRPr="00FF73FA" w:rsidRDefault="005407FF">
            <w:pPr>
              <w:rPr>
                <w:sz w:val="20"/>
                <w:szCs w:val="20"/>
              </w:rPr>
            </w:pPr>
          </w:p>
          <w:p w:rsidR="00FF73FA" w:rsidRDefault="00FF73FA">
            <w:pPr>
              <w:rPr>
                <w:sz w:val="20"/>
                <w:szCs w:val="20"/>
              </w:rPr>
            </w:pPr>
          </w:p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lastRenderedPageBreak/>
              <w:t>Clara, bien argumentada y pertinente.</w:t>
            </w:r>
          </w:p>
        </w:tc>
        <w:tc>
          <w:tcPr>
            <w:tcW w:w="1418" w:type="dxa"/>
          </w:tcPr>
          <w:p w:rsidR="005407FF" w:rsidRPr="00FF73FA" w:rsidRDefault="005407FF">
            <w:pPr>
              <w:rPr>
                <w:sz w:val="20"/>
                <w:szCs w:val="20"/>
              </w:rPr>
            </w:pPr>
          </w:p>
          <w:p w:rsidR="00FF73FA" w:rsidRDefault="00FF73FA">
            <w:pPr>
              <w:rPr>
                <w:sz w:val="20"/>
                <w:szCs w:val="20"/>
              </w:rPr>
            </w:pPr>
          </w:p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lastRenderedPageBreak/>
              <w:t>Argumentación válida pero poco desarrollada.</w:t>
            </w:r>
          </w:p>
        </w:tc>
        <w:tc>
          <w:tcPr>
            <w:tcW w:w="1701" w:type="dxa"/>
          </w:tcPr>
          <w:p w:rsidR="005407FF" w:rsidRPr="00FF73FA" w:rsidRDefault="005407FF">
            <w:pPr>
              <w:rPr>
                <w:sz w:val="20"/>
                <w:szCs w:val="20"/>
              </w:rPr>
            </w:pPr>
          </w:p>
          <w:p w:rsidR="00FF73FA" w:rsidRDefault="00FF73FA">
            <w:pPr>
              <w:rPr>
                <w:sz w:val="20"/>
                <w:szCs w:val="20"/>
              </w:rPr>
            </w:pPr>
          </w:p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lastRenderedPageBreak/>
              <w:t>Justificación débil o poco conectada.</w:t>
            </w:r>
          </w:p>
        </w:tc>
        <w:tc>
          <w:tcPr>
            <w:tcW w:w="1701" w:type="dxa"/>
          </w:tcPr>
          <w:p w:rsidR="005407FF" w:rsidRPr="00FF73FA" w:rsidRDefault="005407FF">
            <w:pPr>
              <w:rPr>
                <w:sz w:val="20"/>
                <w:szCs w:val="20"/>
              </w:rPr>
            </w:pPr>
          </w:p>
          <w:p w:rsidR="00FF73FA" w:rsidRDefault="00FF73FA">
            <w:pPr>
              <w:rPr>
                <w:sz w:val="20"/>
                <w:szCs w:val="20"/>
              </w:rPr>
            </w:pPr>
          </w:p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lastRenderedPageBreak/>
              <w:t>No justifica adecuadamente el proyecto.</w:t>
            </w:r>
          </w:p>
        </w:tc>
        <w:tc>
          <w:tcPr>
            <w:tcW w:w="1134" w:type="dxa"/>
          </w:tcPr>
          <w:p w:rsidR="005F3544" w:rsidRDefault="005F3544"/>
        </w:tc>
      </w:tr>
      <w:tr w:rsidR="005F3544" w:rsidTr="00723ED6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723ED6">
            <w:pPr>
              <w:jc w:val="center"/>
              <w:rPr>
                <w:b/>
              </w:rPr>
            </w:pPr>
            <w:r w:rsidRPr="005407FF">
              <w:rPr>
                <w:b/>
              </w:rPr>
              <w:lastRenderedPageBreak/>
              <w:t>Marco teórico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Relevante, bien estructurado y con referencias adecuadas.</w:t>
            </w:r>
          </w:p>
        </w:tc>
        <w:tc>
          <w:tcPr>
            <w:tcW w:w="1418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Contiene fundamentos válidos pero limitados.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Desorganizado o poco pertinente.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Inexistente o irrelevante.</w:t>
            </w:r>
          </w:p>
        </w:tc>
        <w:tc>
          <w:tcPr>
            <w:tcW w:w="1134" w:type="dxa"/>
          </w:tcPr>
          <w:p w:rsidR="005F3544" w:rsidRDefault="005F3544"/>
        </w:tc>
      </w:tr>
      <w:tr w:rsidR="00F00F5E" w:rsidTr="00723ED6">
        <w:trPr>
          <w:trHeight w:val="449"/>
          <w:jc w:val="center"/>
        </w:trPr>
        <w:tc>
          <w:tcPr>
            <w:tcW w:w="1838" w:type="dxa"/>
            <w:vAlign w:val="center"/>
          </w:tcPr>
          <w:p w:rsidR="00F00F5E" w:rsidRPr="005407FF" w:rsidRDefault="00F00F5E" w:rsidP="00723ED6">
            <w:pPr>
              <w:jc w:val="center"/>
              <w:rPr>
                <w:b/>
              </w:rPr>
            </w:pPr>
            <w:r w:rsidRPr="005407FF">
              <w:rPr>
                <w:b/>
              </w:rPr>
              <w:t>Metodología</w:t>
            </w:r>
          </w:p>
        </w:tc>
        <w:tc>
          <w:tcPr>
            <w:tcW w:w="6521" w:type="dxa"/>
            <w:gridSpan w:val="4"/>
            <w:vAlign w:val="center"/>
          </w:tcPr>
          <w:p w:rsidR="00F00F5E" w:rsidRPr="00FF73FA" w:rsidRDefault="005B15AE" w:rsidP="00723ED6">
            <w:pPr>
              <w:tabs>
                <w:tab w:val="left" w:pos="2028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 A</w:t>
            </w:r>
            <w:r w:rsidRPr="00F00F5E">
              <w:rPr>
                <w:b/>
                <w:sz w:val="20"/>
                <w:szCs w:val="20"/>
              </w:rPr>
              <w:t>plica</w:t>
            </w:r>
            <w:r w:rsidR="00814055">
              <w:rPr>
                <w:b/>
                <w:sz w:val="20"/>
                <w:szCs w:val="20"/>
              </w:rPr>
              <w:t xml:space="preserve"> para Monografí</w:t>
            </w: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:rsidR="00F00F5E" w:rsidRDefault="00F00F5E"/>
        </w:tc>
      </w:tr>
      <w:tr w:rsidR="00F00F5E" w:rsidTr="00723ED6">
        <w:trPr>
          <w:jc w:val="center"/>
        </w:trPr>
        <w:tc>
          <w:tcPr>
            <w:tcW w:w="1838" w:type="dxa"/>
            <w:vAlign w:val="center"/>
          </w:tcPr>
          <w:p w:rsidR="00F00F5E" w:rsidRPr="005407FF" w:rsidRDefault="00F00F5E" w:rsidP="00723ED6">
            <w:pPr>
              <w:jc w:val="center"/>
              <w:rPr>
                <w:b/>
              </w:rPr>
            </w:pPr>
            <w:r w:rsidRPr="005407FF">
              <w:rPr>
                <w:b/>
              </w:rPr>
              <w:t>Cronograma de actividades</w:t>
            </w:r>
          </w:p>
        </w:tc>
        <w:tc>
          <w:tcPr>
            <w:tcW w:w="6521" w:type="dxa"/>
            <w:gridSpan w:val="4"/>
            <w:vAlign w:val="center"/>
          </w:tcPr>
          <w:p w:rsidR="00F00F5E" w:rsidRPr="00FF73FA" w:rsidRDefault="005B15AE" w:rsidP="00723ED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 A</w:t>
            </w:r>
            <w:r w:rsidRPr="00F00F5E">
              <w:rPr>
                <w:b/>
                <w:sz w:val="20"/>
                <w:szCs w:val="20"/>
              </w:rPr>
              <w:t>plica</w:t>
            </w:r>
            <w:r w:rsidR="00814055">
              <w:rPr>
                <w:b/>
                <w:sz w:val="20"/>
                <w:szCs w:val="20"/>
              </w:rPr>
              <w:t xml:space="preserve"> para Monografí</w:t>
            </w: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:rsidR="00F00F5E" w:rsidRDefault="00F00F5E"/>
        </w:tc>
      </w:tr>
      <w:tr w:rsidR="00F00F5E" w:rsidTr="00723ED6">
        <w:trPr>
          <w:trHeight w:val="517"/>
          <w:jc w:val="center"/>
        </w:trPr>
        <w:tc>
          <w:tcPr>
            <w:tcW w:w="1838" w:type="dxa"/>
            <w:vAlign w:val="center"/>
          </w:tcPr>
          <w:p w:rsidR="00F00F5E" w:rsidRPr="005407FF" w:rsidRDefault="00F00F5E" w:rsidP="00723ED6">
            <w:pPr>
              <w:jc w:val="center"/>
              <w:rPr>
                <w:b/>
              </w:rPr>
            </w:pPr>
            <w:r w:rsidRPr="005407FF">
              <w:rPr>
                <w:b/>
              </w:rPr>
              <w:t>Presupuesto</w:t>
            </w:r>
          </w:p>
        </w:tc>
        <w:tc>
          <w:tcPr>
            <w:tcW w:w="6521" w:type="dxa"/>
            <w:gridSpan w:val="4"/>
            <w:vAlign w:val="center"/>
          </w:tcPr>
          <w:p w:rsidR="00F00F5E" w:rsidRPr="00FF73FA" w:rsidRDefault="005B15AE" w:rsidP="00723ED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 A</w:t>
            </w:r>
            <w:r w:rsidRPr="00F00F5E">
              <w:rPr>
                <w:b/>
                <w:sz w:val="20"/>
                <w:szCs w:val="20"/>
              </w:rPr>
              <w:t>plica</w:t>
            </w:r>
            <w:r w:rsidR="00814055">
              <w:rPr>
                <w:b/>
                <w:sz w:val="20"/>
                <w:szCs w:val="20"/>
              </w:rPr>
              <w:t xml:space="preserve"> para </w:t>
            </w:r>
            <w:r w:rsidR="00814055" w:rsidRPr="00814055">
              <w:rPr>
                <w:b/>
                <w:sz w:val="20"/>
                <w:szCs w:val="20"/>
              </w:rPr>
              <w:t>Monografí</w:t>
            </w:r>
            <w:r w:rsidRPr="0081405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:rsidR="00F00F5E" w:rsidRDefault="00F00F5E"/>
        </w:tc>
      </w:tr>
      <w:tr w:rsidR="005F3544" w:rsidTr="00723ED6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723ED6">
            <w:pPr>
              <w:jc w:val="center"/>
              <w:rPr>
                <w:b/>
              </w:rPr>
            </w:pPr>
            <w:r w:rsidRPr="005407FF">
              <w:rPr>
                <w:b/>
              </w:rPr>
              <w:t>Referencias bibliográficas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Actualizadas, pertinentes y correctamente citadas.</w:t>
            </w:r>
          </w:p>
        </w:tc>
        <w:tc>
          <w:tcPr>
            <w:tcW w:w="1418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Adecuadas con errores menores de forma.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Escasas o con errores frecuentes.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Ausentes o inadecuadas.</w:t>
            </w:r>
          </w:p>
        </w:tc>
        <w:tc>
          <w:tcPr>
            <w:tcW w:w="1134" w:type="dxa"/>
          </w:tcPr>
          <w:p w:rsidR="005F3544" w:rsidRDefault="005F3544"/>
        </w:tc>
      </w:tr>
      <w:tr w:rsidR="00F00F5E" w:rsidTr="00723ED6">
        <w:trPr>
          <w:trHeight w:val="1880"/>
          <w:jc w:val="center"/>
        </w:trPr>
        <w:tc>
          <w:tcPr>
            <w:tcW w:w="1838" w:type="dxa"/>
            <w:vAlign w:val="center"/>
          </w:tcPr>
          <w:p w:rsidR="00F00F5E" w:rsidRPr="005407FF" w:rsidRDefault="00F00F5E" w:rsidP="00723ED6">
            <w:pPr>
              <w:jc w:val="center"/>
              <w:rPr>
                <w:b/>
              </w:rPr>
            </w:pPr>
            <w:r>
              <w:rPr>
                <w:b/>
              </w:rPr>
              <w:t>Estilo y Forma del documento</w:t>
            </w:r>
          </w:p>
        </w:tc>
        <w:tc>
          <w:tcPr>
            <w:tcW w:w="1701" w:type="dxa"/>
          </w:tcPr>
          <w:p w:rsidR="00F00F5E" w:rsidRPr="00814055" w:rsidRDefault="005B15AE">
            <w:pPr>
              <w:rPr>
                <w:sz w:val="20"/>
                <w:szCs w:val="20"/>
              </w:rPr>
            </w:pPr>
            <w:r w:rsidRPr="00814055">
              <w:rPr>
                <w:sz w:val="20"/>
                <w:szCs w:val="20"/>
              </w:rPr>
              <w:t>Redacción impecable, formato profesional y normas APA/IEEE aplicadas correctamente.</w:t>
            </w:r>
          </w:p>
        </w:tc>
        <w:tc>
          <w:tcPr>
            <w:tcW w:w="1418" w:type="dxa"/>
          </w:tcPr>
          <w:p w:rsidR="00F00F5E" w:rsidRPr="00814055" w:rsidRDefault="00814055">
            <w:pPr>
              <w:rPr>
                <w:sz w:val="20"/>
                <w:szCs w:val="20"/>
              </w:rPr>
            </w:pPr>
            <w:r w:rsidRPr="00814055">
              <w:rPr>
                <w:sz w:val="20"/>
                <w:szCs w:val="20"/>
              </w:rPr>
              <w:t>Estilo adecuado, con algunos errores menores de forma o citación</w:t>
            </w:r>
          </w:p>
        </w:tc>
        <w:tc>
          <w:tcPr>
            <w:tcW w:w="1701" w:type="dxa"/>
          </w:tcPr>
          <w:p w:rsidR="00814055" w:rsidRPr="00814055" w:rsidRDefault="00814055">
            <w:pPr>
              <w:rPr>
                <w:sz w:val="20"/>
                <w:szCs w:val="20"/>
              </w:rPr>
            </w:pPr>
            <w:r w:rsidRPr="00814055">
              <w:rPr>
                <w:sz w:val="20"/>
                <w:szCs w:val="20"/>
              </w:rPr>
              <w:t>Redacción débil, errores frecuentes y normas aplicadas parcialmente.</w:t>
            </w:r>
          </w:p>
          <w:p w:rsidR="00814055" w:rsidRPr="00814055" w:rsidRDefault="00814055" w:rsidP="00814055">
            <w:pPr>
              <w:rPr>
                <w:sz w:val="20"/>
                <w:szCs w:val="20"/>
              </w:rPr>
            </w:pPr>
          </w:p>
          <w:p w:rsidR="00814055" w:rsidRPr="00814055" w:rsidRDefault="00814055" w:rsidP="00814055">
            <w:pPr>
              <w:rPr>
                <w:sz w:val="20"/>
                <w:szCs w:val="20"/>
              </w:rPr>
            </w:pPr>
          </w:p>
          <w:p w:rsidR="00F00F5E" w:rsidRPr="00814055" w:rsidRDefault="00F00F5E" w:rsidP="00814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00F5E" w:rsidRPr="00814055" w:rsidRDefault="00814055">
            <w:pPr>
              <w:rPr>
                <w:sz w:val="20"/>
                <w:szCs w:val="20"/>
              </w:rPr>
            </w:pPr>
            <w:r w:rsidRPr="00814055">
              <w:rPr>
                <w:sz w:val="20"/>
                <w:szCs w:val="20"/>
              </w:rPr>
              <w:t>Redacción y formato deficientes, sin uso correcto de normas APA/IEEE.</w:t>
            </w:r>
          </w:p>
        </w:tc>
        <w:tc>
          <w:tcPr>
            <w:tcW w:w="1134" w:type="dxa"/>
          </w:tcPr>
          <w:p w:rsidR="00F00F5E" w:rsidRDefault="00F00F5E"/>
        </w:tc>
      </w:tr>
    </w:tbl>
    <w:p w:rsidR="005F3544" w:rsidRDefault="00641C34">
      <w:r>
        <w:br/>
      </w:r>
      <w:bookmarkStart w:id="0" w:name="_GoBack"/>
      <w:bookmarkEnd w:id="0"/>
      <w:r w:rsidR="00B52D7D">
        <w:t>Total,</w:t>
      </w:r>
      <w:r>
        <w:t xml:space="preserve"> de calificación (suma </w:t>
      </w:r>
      <w:r w:rsidR="00F00F5E">
        <w:t>de todos los ítems): ______ / 32</w:t>
      </w:r>
    </w:p>
    <w:p w:rsidR="005F3544" w:rsidRPr="00FF73FA" w:rsidRDefault="00641C34">
      <w:pPr>
        <w:rPr>
          <w:b/>
        </w:rPr>
      </w:pPr>
      <w:r w:rsidRPr="00FF73FA">
        <w:rPr>
          <w:b/>
        </w:rPr>
        <w:t>Interpretación del resultado:</w:t>
      </w:r>
    </w:p>
    <w:p w:rsidR="005F3544" w:rsidRDefault="00641C34">
      <w:r w:rsidRPr="00FF73FA">
        <w:rPr>
          <w:sz w:val="40"/>
          <w:szCs w:val="40"/>
        </w:rPr>
        <w:t>☐</w:t>
      </w:r>
      <w:r>
        <w:t xml:space="preserve"> </w:t>
      </w:r>
      <w:r w:rsidR="00FF73FA">
        <w:t xml:space="preserve">    </w:t>
      </w:r>
      <w:r w:rsidR="00F00F5E">
        <w:t xml:space="preserve">Aprobado para </w:t>
      </w:r>
      <w:r w:rsidR="00814055">
        <w:t>ejecución</w:t>
      </w:r>
      <w:r>
        <w:t xml:space="preserve"> </w:t>
      </w:r>
      <w:r w:rsidR="00F00F5E">
        <w:rPr>
          <w:b/>
        </w:rPr>
        <w:t>(25 – 32</w:t>
      </w:r>
      <w:r w:rsidRPr="00FF73FA">
        <w:rPr>
          <w:b/>
        </w:rPr>
        <w:t xml:space="preserve"> puntos)</w:t>
      </w:r>
      <w:r>
        <w:br/>
      </w:r>
      <w:r w:rsidRPr="00FF73FA">
        <w:rPr>
          <w:sz w:val="40"/>
          <w:szCs w:val="40"/>
        </w:rPr>
        <w:t xml:space="preserve">☐ </w:t>
      </w:r>
      <w:r w:rsidR="00FF73FA">
        <w:rPr>
          <w:sz w:val="40"/>
          <w:szCs w:val="40"/>
        </w:rPr>
        <w:t xml:space="preserve">  </w:t>
      </w:r>
      <w:r w:rsidR="00F00F5E">
        <w:t>Para Correcciones</w:t>
      </w:r>
      <w:r>
        <w:t xml:space="preserve"> </w:t>
      </w:r>
      <w:r w:rsidR="00F00F5E">
        <w:rPr>
          <w:b/>
        </w:rPr>
        <w:t>(17 – 2</w:t>
      </w:r>
      <w:r w:rsidRPr="00FF73FA">
        <w:rPr>
          <w:b/>
        </w:rPr>
        <w:t>4 puntos)</w:t>
      </w:r>
      <w:r>
        <w:br/>
      </w:r>
      <w:r w:rsidRPr="00FF73FA">
        <w:rPr>
          <w:sz w:val="40"/>
          <w:szCs w:val="40"/>
        </w:rPr>
        <w:t>☐</w:t>
      </w:r>
      <w:r>
        <w:t xml:space="preserve"> </w:t>
      </w:r>
      <w:r w:rsidR="00FF73FA">
        <w:t xml:space="preserve">   </w:t>
      </w:r>
      <w:r>
        <w:t xml:space="preserve">Rechazado </w:t>
      </w:r>
      <w:r w:rsidR="00F00F5E">
        <w:rPr>
          <w:b/>
        </w:rPr>
        <w:t>(menor a 17</w:t>
      </w:r>
      <w:r w:rsidRPr="00FF73FA">
        <w:rPr>
          <w:b/>
        </w:rPr>
        <w:t xml:space="preserve"> puntos)</w:t>
      </w:r>
    </w:p>
    <w:p w:rsidR="005F3544" w:rsidRPr="00FF73FA" w:rsidRDefault="00641C34">
      <w:pPr>
        <w:rPr>
          <w:b/>
        </w:rPr>
      </w:pPr>
      <w:r w:rsidRPr="00FF73FA">
        <w:rPr>
          <w:b/>
        </w:rPr>
        <w:br/>
        <w:t>Observaciones generales:</w:t>
      </w:r>
    </w:p>
    <w:p w:rsidR="005F3544" w:rsidRDefault="00641C34">
      <w:r>
        <w:t>_________________________________________________________________________</w:t>
      </w:r>
    </w:p>
    <w:p w:rsidR="005F3544" w:rsidRDefault="00641C34">
      <w:r>
        <w:t>_________________________________________________________________________</w:t>
      </w:r>
    </w:p>
    <w:p w:rsidR="005F3544" w:rsidRDefault="00641C34">
      <w:r>
        <w:t>_________________________________________________________________________</w:t>
      </w:r>
    </w:p>
    <w:p w:rsidR="005F3544" w:rsidRDefault="00641C34">
      <w:r>
        <w:br/>
      </w:r>
      <w:r w:rsidRPr="00FF73FA">
        <w:rPr>
          <w:b/>
        </w:rPr>
        <w:t>Firma del evaluador</w:t>
      </w:r>
      <w:r>
        <w:t>: _________________________________________</w:t>
      </w:r>
    </w:p>
    <w:sectPr w:rsidR="005F354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42BF4"/>
    <w:rsid w:val="00242FA0"/>
    <w:rsid w:val="0029639D"/>
    <w:rsid w:val="00326F90"/>
    <w:rsid w:val="00495CE6"/>
    <w:rsid w:val="005407FF"/>
    <w:rsid w:val="005B15AE"/>
    <w:rsid w:val="005F3544"/>
    <w:rsid w:val="00641C34"/>
    <w:rsid w:val="00723ED6"/>
    <w:rsid w:val="00814055"/>
    <w:rsid w:val="00991A01"/>
    <w:rsid w:val="00AA1D8D"/>
    <w:rsid w:val="00B47730"/>
    <w:rsid w:val="00B52D7D"/>
    <w:rsid w:val="00C77982"/>
    <w:rsid w:val="00CB0664"/>
    <w:rsid w:val="00DE3937"/>
    <w:rsid w:val="00F00F5E"/>
    <w:rsid w:val="00F47792"/>
    <w:rsid w:val="00FC693F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3683686-967D-4E27-9E4A-ABA3A66F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6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EB5E2D-7274-4551-92E3-7A6F112C4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480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alejandro jaramillo</cp:lastModifiedBy>
  <cp:revision>5</cp:revision>
  <dcterms:created xsi:type="dcterms:W3CDTF">2025-07-28T16:09:00Z</dcterms:created>
  <dcterms:modified xsi:type="dcterms:W3CDTF">2025-07-28T20:15:00Z</dcterms:modified>
  <cp:category/>
</cp:coreProperties>
</file>