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1"/>
        <w:gridCol w:w="8617"/>
      </w:tblGrid>
      <w:tr>
        <w:tc>
          <w:tcPr>
            <w:tcW w:type="dxa" w:w="5355"/>
            <w:tcMar>
              <w:top w:w="30" w:type="dxa"/>
              <w:start w:w="50" w:type="dxa"/>
              <w:bottom w:w="30" w:type="dxa"/>
              <w:end w:w="50" w:type="dxa"/>
            </w:tcMar>
          </w:tcPr>
          <w:p>
            <w:pPr>
              <w:jc w:val="center"/>
            </w:pPr>
            <w:r>
              <w:drawing>
                <wp:inline xmlns:a="http://schemas.openxmlformats.org/drawingml/2006/main" xmlns:pic="http://schemas.openxmlformats.org/drawingml/2006/picture">
                  <wp:extent cx="720000" cy="532174"/>
                  <wp:docPr id="1" name="Picture 1"/>
                  <wp:cNvGraphicFramePr>
                    <a:graphicFrameLocks noChangeAspect="1"/>
                  </wp:cNvGraphicFramePr>
                  <a:graphic>
                    <a:graphicData uri="http://schemas.openxmlformats.org/drawingml/2006/picture">
                      <pic:pic>
                        <pic:nvPicPr>
                          <pic:cNvPr id="0" name="uq_logo.png"/>
                          <pic:cNvPicPr/>
                        </pic:nvPicPr>
                        <pic:blipFill>
                          <a:blip r:embed="rId9"/>
                          <a:stretch>
                            <a:fillRect/>
                          </a:stretch>
                        </pic:blipFill>
                        <pic:spPr>
                          <a:xfrm>
                            <a:off x="0" y="0"/>
                            <a:ext cx="720000" cy="532174"/>
                          </a:xfrm>
                          <a:prstGeom prst="rect"/>
                        </pic:spPr>
                      </pic:pic>
                    </a:graphicData>
                  </a:graphic>
                </wp:inline>
              </w:drawing>
            </w:r>
          </w:p>
        </w:tc>
        <w:tc>
          <w:tcPr>
            <w:tcW w:type="dxa" w:w="5355"/>
            <w:tcMar>
              <w:top w:w="30" w:type="dxa"/>
              <w:start w:w="50" w:type="dxa"/>
              <w:bottom w:w="30" w:type="dxa"/>
              <w:end w:w="50" w:type="dxa"/>
            </w:tcMar>
          </w:tcPr>
          <w:p>
            <w:pPr>
              <w:jc w:val="center"/>
            </w:pPr>
            <w:r>
              <w:rPr>
                <w:rFonts w:ascii="Arial" w:hAnsi="Arial"/>
                <w:b/>
                <w:color w:val="00853E"/>
                <w:sz w:val="21"/>
              </w:rPr>
              <w:t>UNIVERSIDAD DEL QUINDÍO</w:t>
            </w:r>
          </w:p>
          <w:p>
            <w:pPr>
              <w:jc w:val="center"/>
            </w:pPr>
            <w:r>
              <w:rPr>
                <w:rFonts w:ascii="Arial" w:hAnsi="Arial"/>
                <w:b/>
                <w:sz w:val="16"/>
              </w:rPr>
              <w:t>FACULTAD DE CIENCIAS BÁSICAS Y TECNOLOGÍAS</w:t>
            </w:r>
          </w:p>
          <w:p>
            <w:pPr>
              <w:jc w:val="center"/>
            </w:pPr>
            <w:r>
              <w:rPr>
                <w:rFonts w:ascii="Arial" w:hAnsi="Arial"/>
                <w:b/>
                <w:sz w:val="16"/>
              </w:rPr>
              <w:t>PROGRAMA DE TECNOLOGÍA EN INSTRUMENTACIÓN ELECTRÓNICA</w:t>
            </w:r>
          </w:p>
        </w:tc>
      </w:tr>
    </w:tbl>
    <w:p>
      <w:pPr>
        <w:pStyle w:val="TIETitle"/>
      </w:pPr>
      <w:r>
        <w:t>FORMATO 1. RADICACIÓN DE ANTEPROYECTO Y SOLICITUD DE ASIGNACIÓN DE PRIMER EVALUADOR</w:t>
      </w:r>
    </w:p>
    <w:p>
      <w:pPr>
        <w:pStyle w:val="TIESub"/>
      </w:pPr>
      <w:r>
        <w:t>Formato interno del Comité de Trabajos de Grado - 2026</w:t>
      </w:r>
    </w:p>
    <w:p>
      <w:pPr>
        <w:spacing w:after="40"/>
        <w:pBdr>
          <w:bottom w:val="single" w:sz="10" w:space="1" w:color="00853E"/>
        </w:pBdr>
      </w:pPr>
    </w:p>
    <w:p>
      <w:pPr>
        <w:pStyle w:val="TIESection"/>
        <w:shd w:fill="EAF4EE"/>
      </w:pPr>
      <w:r>
        <w:t>1. DATOS DE RADICACIÓN</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Fecha de solicitud</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Día ____ / Mes ____ / Año 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Título del anteproyecto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Modalidad</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Proyecto de investigación   ☐ Monografía   ☐ Pasantía   ☐ Emprendimiento   ☐ Otra: __________________</w:t>
            </w:r>
          </w:p>
        </w:tc>
      </w:tr>
    </w:tbl>
    <w:p>
      <w:pPr>
        <w:pStyle w:val="TIESection"/>
        <w:shd w:fill="EAF4EE"/>
      </w:pPr>
      <w:r>
        <w:t>2. DATOS DEL(LOS) ESTUDIANTE(S)</w:t>
      </w:r>
    </w:p>
    <w:tbl>
      <w:tblPr>
        <w:tblW w:type="auto" w:w="0"/>
        <w:jc w:val="center"/>
        <w:tblLayout w:type="fixed"/>
        <w:tblLook w:firstColumn="1" w:firstRow="1" w:lastColumn="0" w:lastRow="0" w:noHBand="0" w:noVBand="1" w:val="04A0"/>
      </w:tblPr>
      <w:tblGrid>
        <w:gridCol w:w="2268"/>
        <w:gridCol w:w="1417"/>
        <w:gridCol w:w="2948"/>
        <w:gridCol w:w="1361"/>
        <w:gridCol w:w="2154"/>
      </w:tblGrid>
      <w:tr>
        <w:trPr>
          <w:tblHeader w:val="true"/>
        </w:trPr>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Estudiante</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Código / ID</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Correo institucional</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Teléfono</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Firma</w:t>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bl>
    <w:p>
      <w:pPr>
        <w:pStyle w:val="TIESection"/>
        <w:shd w:fill="EAF4EE"/>
      </w:pPr>
      <w:r>
        <w:t>3. DIRECCIÓN ACADÉMICA Y SEMINARIO I</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Director del trabajo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Profesor Seminario de Investigación I</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Estado de Seminario I</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Aprobado   Fecha / periodo: ______________________</w:t>
            </w:r>
          </w:p>
        </w:tc>
      </w:tr>
    </w:tbl>
    <w:p>
      <w:pPr>
        <w:pStyle w:val="TIESection"/>
        <w:shd w:fill="EAF4EE"/>
      </w:pPr>
      <w:r>
        <w:t>4. DECLARACIÓN DE CUMPLIMIENTO PARA RADICACIÓN</w:t>
      </w:r>
    </w:p>
    <w:p>
      <w:pPr>
        <w:pStyle w:val="TIENote"/>
        <w:jc w:val="both"/>
      </w:pPr>
      <w:r>
        <w:rPr>
          <w:b/>
        </w:rPr>
        <w:t xml:space="preserve">El(la/los) estudiante(s), el director del trabajo y el profesor de Seminario de Investigación I certifican que el anteproyecto se encuentra en condiciones de ser radicado ante el Comité de Trabajos de Grado para la asignación del primer evaluador. </w:t>
      </w:r>
      <w:r>
        <w:t>El director manifiesta su aprobación formal del documento y el profesor de Seminario I certifica que el estudiante ha aprobado dicho espacio académico. El Comité verificará el requisito académico correspondiente en SAC.</w:t>
      </w:r>
    </w:p>
    <w:p>
      <w:pPr>
        <w:pStyle w:val="TIENote"/>
        <w:ind w:left="142"/>
      </w:pPr>
      <w:r>
        <w:rPr>
          <w:rFonts w:ascii="Arial" w:hAnsi="Arial"/>
          <w:sz w:val="15"/>
        </w:rPr>
        <w:t xml:space="preserve">☐ </w:t>
      </w:r>
      <w:r>
        <w:t>El anteproyecto cumple el límite de extensión definido por el programa (máximo 15 folios).</w:t>
      </w:r>
    </w:p>
    <w:p>
      <w:pPr>
        <w:pStyle w:val="TIENote"/>
        <w:ind w:left="142"/>
      </w:pPr>
      <w:r>
        <w:rPr>
          <w:rFonts w:ascii="Arial" w:hAnsi="Arial"/>
          <w:sz w:val="15"/>
        </w:rPr>
        <w:t xml:space="preserve">☐ </w:t>
      </w:r>
      <w:r>
        <w:t>El documento presentado corresponde a la versión avalada por el director del trabajo de grado.</w:t>
      </w:r>
    </w:p>
    <w:p>
      <w:pPr>
        <w:pStyle w:val="TIENote"/>
        <w:ind w:left="142"/>
      </w:pPr>
      <w:r>
        <w:rPr>
          <w:rFonts w:ascii="Arial" w:hAnsi="Arial"/>
          <w:sz w:val="15"/>
        </w:rPr>
        <w:t xml:space="preserve">☐ </w:t>
      </w:r>
      <w:r>
        <w:t>Los datos de contacto y la modalidad del trabajo están completos y actualizados.</w:t>
      </w:r>
    </w:p>
    <w:p>
      <w:pPr>
        <w:pStyle w:val="TIESection"/>
        <w:shd w:fill="EAF4EE"/>
      </w:pPr>
      <w:r>
        <w:t>5. FIRMAS DE PRESENTACIÓN Y AVAL</w:t>
      </w:r>
    </w:p>
    <w:tbl>
      <w:tblPr>
        <w:tblW w:type="auto" w:w="0"/>
        <w:jc w:val="center"/>
        <w:tblLayout w:type="fixed"/>
        <w:tblLook w:firstColumn="1" w:firstRow="1" w:lastColumn="0" w:lastRow="0" w:noHBand="0" w:noVBand="1" w:val="04A0"/>
      </w:tblPr>
      <w:tblGrid>
        <w:gridCol w:w="3570"/>
        <w:gridCol w:w="3570"/>
        <w:gridCol w:w="3570"/>
      </w:tblGrid>
      <w:tr>
        <w:tc>
          <w:tcPr>
            <w:tcW w:type="dxa" w:w="3570"/>
            <w:vAlign w:val="center"/>
          </w:tcPr>
          <w:p>
            <w:pPr>
              <w:spacing w:after="0"/>
              <w:jc w:val="center"/>
            </w:pPr>
            <w:r>
              <w:rPr>
                <w:rFonts w:ascii="Arial" w:hAnsi="Arial"/>
                <w:sz w:val="14"/>
              </w:rPr>
              <w:br/>
              <w:br/>
              <w:t>__________________________________</w:t>
            </w:r>
          </w:p>
        </w:tc>
        <w:tc>
          <w:tcPr>
            <w:tcW w:type="dxa" w:w="3570"/>
            <w:vAlign w:val="center"/>
          </w:tcPr>
          <w:p>
            <w:pPr>
              <w:spacing w:after="0"/>
              <w:jc w:val="center"/>
            </w:pPr>
            <w:r>
              <w:rPr>
                <w:rFonts w:ascii="Arial" w:hAnsi="Arial"/>
                <w:sz w:val="14"/>
              </w:rPr>
              <w:br/>
              <w:br/>
              <w:t>__________________________________</w:t>
            </w:r>
          </w:p>
        </w:tc>
        <w:tc>
          <w:tcPr>
            <w:tcW w:type="dxa" w:w="3570"/>
            <w:vAlign w:val="center"/>
          </w:tcPr>
          <w:p>
            <w:pPr>
              <w:spacing w:after="0"/>
              <w:jc w:val="center"/>
            </w:pPr>
            <w:r>
              <w:rPr>
                <w:rFonts w:ascii="Arial" w:hAnsi="Arial"/>
                <w:sz w:val="14"/>
              </w:rPr>
              <w:br/>
              <w:br/>
              <w:t>__________________________________</w:t>
            </w:r>
          </w:p>
        </w:tc>
      </w:tr>
      <w:tr>
        <w:tc>
          <w:tcPr>
            <w:tcW w:type="dxa" w:w="3570"/>
            <w:vAlign w:val="center"/>
          </w:tcPr>
          <w:p>
            <w:pPr>
              <w:spacing w:after="0"/>
              <w:jc w:val="center"/>
            </w:pPr>
            <w:r>
              <w:rPr>
                <w:rFonts w:ascii="Arial" w:hAnsi="Arial"/>
                <w:sz w:val="14"/>
              </w:rPr>
              <w:t>Estudiante(s)</w:t>
              <w:br/>
              <w:t>Nombre: ________________________</w:t>
              <w:br/>
              <w:t>Firma: __________________________</w:t>
            </w:r>
          </w:p>
        </w:tc>
        <w:tc>
          <w:tcPr>
            <w:tcW w:type="dxa" w:w="3570"/>
            <w:vAlign w:val="center"/>
          </w:tcPr>
          <w:p>
            <w:pPr>
              <w:spacing w:after="0"/>
              <w:jc w:val="center"/>
            </w:pPr>
            <w:r>
              <w:rPr>
                <w:rFonts w:ascii="Arial" w:hAnsi="Arial"/>
                <w:sz w:val="14"/>
              </w:rPr>
              <w:t>Director del trabajo de grado</w:t>
              <w:br/>
              <w:t>Nombre: ________________________</w:t>
              <w:br/>
              <w:t>Firma: __________________________</w:t>
            </w:r>
          </w:p>
        </w:tc>
        <w:tc>
          <w:tcPr>
            <w:tcW w:type="dxa" w:w="3570"/>
            <w:vAlign w:val="center"/>
          </w:tcPr>
          <w:p>
            <w:pPr>
              <w:spacing w:after="0"/>
              <w:jc w:val="center"/>
            </w:pPr>
            <w:r>
              <w:rPr>
                <w:rFonts w:ascii="Arial" w:hAnsi="Arial"/>
                <w:sz w:val="14"/>
              </w:rPr>
              <w:t>Profesor Seminario de Investigación I</w:t>
              <w:br/>
              <w:t>Nombre: ________________________</w:t>
              <w:br/>
              <w:t>Firma: __________________________</w:t>
            </w:r>
          </w:p>
        </w:tc>
      </w:tr>
    </w:tbl>
    <w:p>
      <w:pPr>
        <w:pStyle w:val="TIESection"/>
        <w:shd w:fill="EAF4EE"/>
      </w:pPr>
      <w:r>
        <w:t>USO EXCLUSIVO DEL COMITÉ DE TRABAJOS DE GRADO</w:t>
      </w:r>
    </w:p>
    <w:tbl>
      <w:tblPr>
        <w:tblW w:type="auto" w:w="0"/>
        <w:jc w:val="center"/>
        <w:tblLayout w:type="fixed"/>
        <w:tblLook w:firstColumn="1" w:firstRow="1" w:lastColumn="0" w:lastRow="0" w:noHBand="0" w:noVBand="1" w:val="04A0"/>
      </w:tblPr>
      <w:tblGrid>
        <w:gridCol w:w="2835"/>
        <w:gridCol w:w="7483"/>
      </w:tblGrid>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No. de radicado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Fecha de recepción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Verificación de requisitos</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 Cumple   ☐ Devuelto por requisito pendiente</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Primer evaluador asignado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Nombre: ____________________________________  Correo: 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Acta / decisión del Comité</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____________________________________________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Observaciones</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r>
          </w:p>
        </w:tc>
      </w:tr>
    </w:tbl>
    <w:p>
      <w:pPr>
        <w:pageBreakBefore/>
      </w:pPr>
    </w:p>
    <w:p>
      <w:pPr>
        <w:pageBreakBefore/>
      </w:pPr>
    </w:p>
    <w:sectPr w:rsidR="00FC693F" w:rsidRPr="0006063C" w:rsidSect="00034616">
      <w:footerReference w:type="default" r:id="rId10"/>
      <w:pgSz w:w="12240" w:h="15840"/>
      <w:pgMar w:top="510" w:right="765" w:bottom="510" w:left="765" w:header="283" w:footer="312" w:gutter="0"/>
      <w:cols w:space="720"/>
      <w:docGrid w:linePitch="360"/>
    </w:sectPr>
    <w:tbl>
      <w:tblPr>
        <w:tblW w:type="auto" w:w="0"/>
        <w:jc w:val="center"/>
        <w:tblLayout w:type="fixed"/>
        <w:tblLook w:firstColumn="1" w:firstRow="1" w:lastColumn="0" w:lastRow="0" w:noHBand="0" w:noVBand="1" w:val="04A0"/>
      </w:tblPr>
      <w:tblGrid>
        <w:gridCol w:w="1701"/>
        <w:gridCol w:w="8617"/>
      </w:tblGrid>
      <w:tr>
        <w:tc>
          <w:tcPr>
            <w:tcW w:type="dxa" w:w="5355"/>
            <w:tcMar>
              <w:top w:w="30" w:type="dxa"/>
              <w:start w:w="50" w:type="dxa"/>
              <w:bottom w:w="30" w:type="dxa"/>
              <w:end w:w="50" w:type="dxa"/>
            </w:tcMar>
          </w:tcPr>
          <w:p>
            <w:pPr>
              <w:jc w:val="center"/>
            </w:pPr>
            <w:r>
              <w:drawing>
                <wp:inline xmlns:a="http://schemas.openxmlformats.org/drawingml/2006/main" xmlns:pic="http://schemas.openxmlformats.org/drawingml/2006/picture">
                  <wp:extent cx="720000" cy="532174"/>
                  <wp:docPr id="1" name="Picture 1"/>
                  <wp:cNvGraphicFramePr>
                    <a:graphicFrameLocks noChangeAspect="1"/>
                  </wp:cNvGraphicFramePr>
                  <a:graphic>
                    <a:graphicData uri="http://schemas.openxmlformats.org/drawingml/2006/picture">
                      <pic:pic>
                        <pic:nvPicPr>
                          <pic:cNvPr id="0" name="uq_logo.png"/>
                          <pic:cNvPicPr/>
                        </pic:nvPicPr>
                        <pic:blipFill>
                          <a:blip r:embed="rId9"/>
                          <a:stretch>
                            <a:fillRect/>
                          </a:stretch>
                        </pic:blipFill>
                        <pic:spPr>
                          <a:xfrm>
                            <a:off x="0" y="0"/>
                            <a:ext cx="720000" cy="532174"/>
                          </a:xfrm>
                          <a:prstGeom prst="rect"/>
                        </pic:spPr>
                      </pic:pic>
                    </a:graphicData>
                  </a:graphic>
                </wp:inline>
              </w:drawing>
            </w:r>
          </w:p>
        </w:tc>
        <w:tc>
          <w:tcPr>
            <w:tcW w:type="dxa" w:w="5355"/>
            <w:tcMar>
              <w:top w:w="30" w:type="dxa"/>
              <w:start w:w="50" w:type="dxa"/>
              <w:bottom w:w="30" w:type="dxa"/>
              <w:end w:w="50" w:type="dxa"/>
            </w:tcMar>
          </w:tcPr>
          <w:p>
            <w:pPr>
              <w:jc w:val="center"/>
            </w:pPr>
            <w:r>
              <w:rPr>
                <w:rFonts w:ascii="Arial" w:hAnsi="Arial"/>
                <w:b/>
                <w:color w:val="00853E"/>
                <w:sz w:val="21"/>
              </w:rPr>
              <w:t>UNIVERSIDAD DEL QUINDÍO</w:t>
            </w:r>
          </w:p>
          <w:p>
            <w:pPr>
              <w:jc w:val="center"/>
            </w:pPr>
            <w:r>
              <w:rPr>
                <w:rFonts w:ascii="Arial" w:hAnsi="Arial"/>
                <w:b/>
                <w:sz w:val="16"/>
              </w:rPr>
              <w:t>FACULTAD DE CIENCIAS BÁSICAS Y TECNOLOGÍAS</w:t>
            </w:r>
          </w:p>
          <w:p>
            <w:pPr>
              <w:jc w:val="center"/>
            </w:pPr>
            <w:r>
              <w:rPr>
                <w:rFonts w:ascii="Arial" w:hAnsi="Arial"/>
                <w:b/>
                <w:sz w:val="16"/>
              </w:rPr>
              <w:t>PROGRAMA DE TECNOLOGÍA EN INSTRUMENTACIÓN ELECTRÓNICA</w:t>
            </w:r>
          </w:p>
        </w:tc>
      </w:tr>
    </w:tbl>
    <w:p>
      <w:pPr>
        <w:pStyle w:val="TIETitle"/>
      </w:pPr>
      <w:r>
        <w:t>FORMATO 2. ENTREGA DE INFORME FINAL Y SOLICITUD DE ASIGNACIÓN DE SEGUNDO EVALUADOR</w:t>
      </w:r>
    </w:p>
    <w:p>
      <w:pPr>
        <w:pStyle w:val="TIESub"/>
      </w:pPr>
      <w:r>
        <w:t>Formato interno del Comité de Trabajos de Grado - 2026</w:t>
      </w:r>
    </w:p>
    <w:p>
      <w:pPr>
        <w:spacing w:after="40"/>
        <w:pBdr>
          <w:bottom w:val="single" w:sz="10" w:space="1" w:color="00853E"/>
        </w:pBdr>
      </w:pPr>
    </w:p>
    <w:p>
      <w:pPr>
        <w:pStyle w:val="TIESection"/>
        <w:shd w:fill="EAF4EE"/>
      </w:pPr>
      <w:r>
        <w:t>1. DATOS DEL TRABAJO DE GRADO</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Fecha de solicitud</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Día ____ / Mes ____ / Año 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Título del trabajo de grado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Modalidad</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Proyecto de investigación   ☐ Monografía   ☐ Pasantía   ☐ Emprendimiento   ☐ Otra: 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Acta / fecha de aprobación del anteproyecto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_______________________________________________________________</w:t>
            </w:r>
          </w:p>
        </w:tc>
      </w:tr>
    </w:tbl>
    <w:p>
      <w:pPr>
        <w:pStyle w:val="TIESection"/>
        <w:shd w:fill="EAF4EE"/>
      </w:pPr>
      <w:r>
        <w:t>2. DATOS DEL(LOS) ESTUDIANTE(S)</w:t>
      </w:r>
    </w:p>
    <w:tbl>
      <w:tblPr>
        <w:tblW w:type="auto" w:w="0"/>
        <w:jc w:val="center"/>
        <w:tblLayout w:type="fixed"/>
        <w:tblLook w:firstColumn="1" w:firstRow="1" w:lastColumn="0" w:lastRow="0" w:noHBand="0" w:noVBand="1" w:val="04A0"/>
      </w:tblPr>
      <w:tblGrid>
        <w:gridCol w:w="2268"/>
        <w:gridCol w:w="1417"/>
        <w:gridCol w:w="2948"/>
        <w:gridCol w:w="1361"/>
        <w:gridCol w:w="2154"/>
      </w:tblGrid>
      <w:tr>
        <w:trPr>
          <w:tblHeader w:val="true"/>
        </w:trPr>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Estudiante</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Código / ID</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Correo institucional</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Teléfono</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Firma</w:t>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bl>
    <w:p>
      <w:pPr>
        <w:pStyle w:val="TIESection"/>
        <w:shd w:fill="EAF4EE"/>
      </w:pPr>
      <w:r>
        <w:t>3. DIRECCIÓN, PRIMER EVALUADOR Y SEMINARIO II</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Director del trabajo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Primer evaluador</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Profesor Seminario de Investigación II</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Estado de Seminario II</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Cursando   ☐ Aprobado   Periodo: 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Estado del estudiante en SAC</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ACTIVO   ☐ CONTINUIDAD   (verificación a cargo del Comité)</w:t>
            </w:r>
          </w:p>
        </w:tc>
      </w:tr>
    </w:tbl>
    <w:p>
      <w:pPr>
        <w:pStyle w:val="TIESection"/>
        <w:shd w:fill="EAF4EE"/>
      </w:pPr>
      <w:r>
        <w:t>4. DECLARACIÓN PARA ENTREGA DEL INFORME FINAL</w:t>
      </w:r>
    </w:p>
    <w:p>
      <w:pPr>
        <w:pStyle w:val="TIENote"/>
        <w:jc w:val="both"/>
      </w:pPr>
      <w:r>
        <w:rPr>
          <w:b/>
        </w:rPr>
        <w:t xml:space="preserve">El(la/los) estudiante(s), el director del trabajo y el profesor de Seminario de Investigación II certifican que el informe final presentado corresponde al trabajo desarrollado y está en condiciones de ser remitido al Comité de Trabajos de Grado para continuar el proceso de evaluación. </w:t>
      </w:r>
      <w:r>
        <w:t>Mediante este documento se solicita formalmente la asignación del segundo evaluador del informe final.</w:t>
      </w:r>
    </w:p>
    <w:p>
      <w:pPr>
        <w:pStyle w:val="TIENote"/>
        <w:ind w:left="142"/>
      </w:pPr>
      <w:r>
        <w:rPr>
          <w:rFonts w:ascii="Arial" w:hAnsi="Arial"/>
          <w:sz w:val="15"/>
        </w:rPr>
        <w:t xml:space="preserve">☐ </w:t>
      </w:r>
      <w:r>
        <w:t>El estudiante aprobó Seminario de Investigación I.</w:t>
      </w:r>
    </w:p>
    <w:p>
      <w:pPr>
        <w:pStyle w:val="TIENote"/>
        <w:ind w:left="142"/>
      </w:pPr>
      <w:r>
        <w:rPr>
          <w:rFonts w:ascii="Arial" w:hAnsi="Arial"/>
          <w:sz w:val="15"/>
        </w:rPr>
        <w:t xml:space="preserve">☐ </w:t>
      </w:r>
      <w:r>
        <w:t>El estudiante se encuentra cursando o ha aprobado Seminario de Investigación II.</w:t>
      </w:r>
    </w:p>
    <w:p>
      <w:pPr>
        <w:pStyle w:val="TIENote"/>
        <w:ind w:left="142"/>
      </w:pPr>
      <w:r>
        <w:rPr>
          <w:rFonts w:ascii="Arial" w:hAnsi="Arial"/>
          <w:sz w:val="15"/>
        </w:rPr>
        <w:t xml:space="preserve">☐ </w:t>
      </w:r>
      <w:r>
        <w:t>El estudiante se encuentra ACTIVO o en CONTINUIDAD en SAC al momento de la entrega.</w:t>
      </w:r>
    </w:p>
    <w:p>
      <w:pPr>
        <w:pStyle w:val="TIENote"/>
        <w:ind w:left="142"/>
      </w:pPr>
      <w:r>
        <w:rPr>
          <w:rFonts w:ascii="Arial" w:hAnsi="Arial"/>
          <w:sz w:val="15"/>
        </w:rPr>
        <w:t xml:space="preserve">☐ </w:t>
      </w:r>
      <w:r>
        <w:t>El informe final cumple el límite de extensión definido por el programa (máximo 45 folios).</w:t>
      </w:r>
    </w:p>
    <w:p>
      <w:pPr>
        <w:pStyle w:val="TIENote"/>
        <w:ind w:left="142"/>
      </w:pPr>
      <w:r>
        <w:rPr>
          <w:rFonts w:ascii="Arial" w:hAnsi="Arial"/>
          <w:sz w:val="15"/>
        </w:rPr>
        <w:t xml:space="preserve">☐ </w:t>
      </w:r>
      <w:r>
        <w:t>El director avala la versión entregada para evaluación final.</w:t>
      </w:r>
    </w:p>
    <w:p>
      <w:pPr>
        <w:pStyle w:val="TIESection"/>
        <w:shd w:fill="EAF4EE"/>
      </w:pPr>
      <w:r>
        <w:t>5. FIRMAS DE ENTREGA Y AVAL</w:t>
      </w:r>
    </w:p>
    <w:tbl>
      <w:tblPr>
        <w:tblW w:type="auto" w:w="0"/>
        <w:jc w:val="center"/>
        <w:tblLayout w:type="fixed"/>
        <w:tblLook w:firstColumn="1" w:firstRow="1" w:lastColumn="0" w:lastRow="0" w:noHBand="0" w:noVBand="1" w:val="04A0"/>
      </w:tblPr>
      <w:tblGrid>
        <w:gridCol w:w="3570"/>
        <w:gridCol w:w="3570"/>
        <w:gridCol w:w="3570"/>
      </w:tblGrid>
      <w:tr>
        <w:tc>
          <w:tcPr>
            <w:tcW w:type="dxa" w:w="3570"/>
            <w:vAlign w:val="center"/>
          </w:tcPr>
          <w:p>
            <w:pPr>
              <w:spacing w:after="0"/>
              <w:jc w:val="center"/>
            </w:pPr>
            <w:r>
              <w:rPr>
                <w:rFonts w:ascii="Arial" w:hAnsi="Arial"/>
                <w:sz w:val="14"/>
              </w:rPr>
              <w:br/>
              <w:br/>
              <w:t>__________________________________</w:t>
            </w:r>
          </w:p>
        </w:tc>
        <w:tc>
          <w:tcPr>
            <w:tcW w:type="dxa" w:w="3570"/>
            <w:vAlign w:val="center"/>
          </w:tcPr>
          <w:p>
            <w:pPr>
              <w:spacing w:after="0"/>
              <w:jc w:val="center"/>
            </w:pPr>
            <w:r>
              <w:rPr>
                <w:rFonts w:ascii="Arial" w:hAnsi="Arial"/>
                <w:sz w:val="14"/>
              </w:rPr>
              <w:br/>
              <w:br/>
              <w:t>__________________________________</w:t>
            </w:r>
          </w:p>
        </w:tc>
        <w:tc>
          <w:tcPr>
            <w:tcW w:type="dxa" w:w="3570"/>
            <w:vAlign w:val="center"/>
          </w:tcPr>
          <w:p>
            <w:pPr>
              <w:spacing w:after="0"/>
              <w:jc w:val="center"/>
            </w:pPr>
            <w:r>
              <w:rPr>
                <w:rFonts w:ascii="Arial" w:hAnsi="Arial"/>
                <w:sz w:val="14"/>
              </w:rPr>
              <w:br/>
              <w:br/>
              <w:t>__________________________________</w:t>
            </w:r>
          </w:p>
        </w:tc>
      </w:tr>
      <w:tr>
        <w:tc>
          <w:tcPr>
            <w:tcW w:type="dxa" w:w="3570"/>
            <w:vAlign w:val="center"/>
          </w:tcPr>
          <w:p>
            <w:pPr>
              <w:spacing w:after="0"/>
              <w:jc w:val="center"/>
            </w:pPr>
            <w:r>
              <w:rPr>
                <w:rFonts w:ascii="Arial" w:hAnsi="Arial"/>
                <w:sz w:val="14"/>
              </w:rPr>
              <w:t>Estudiante(s)</w:t>
              <w:br/>
              <w:t>Nombre: ________________________</w:t>
              <w:br/>
              <w:t>Firma: __________________________</w:t>
            </w:r>
          </w:p>
        </w:tc>
        <w:tc>
          <w:tcPr>
            <w:tcW w:type="dxa" w:w="3570"/>
            <w:vAlign w:val="center"/>
          </w:tcPr>
          <w:p>
            <w:pPr>
              <w:spacing w:after="0"/>
              <w:jc w:val="center"/>
            </w:pPr>
            <w:r>
              <w:rPr>
                <w:rFonts w:ascii="Arial" w:hAnsi="Arial"/>
                <w:sz w:val="14"/>
              </w:rPr>
              <w:t>Director del trabajo de grado</w:t>
              <w:br/>
              <w:t>Nombre: ________________________</w:t>
              <w:br/>
              <w:t>Firma: __________________________</w:t>
            </w:r>
          </w:p>
        </w:tc>
        <w:tc>
          <w:tcPr>
            <w:tcW w:type="dxa" w:w="3570"/>
            <w:vAlign w:val="center"/>
          </w:tcPr>
          <w:p>
            <w:pPr>
              <w:spacing w:after="0"/>
              <w:jc w:val="center"/>
            </w:pPr>
            <w:r>
              <w:rPr>
                <w:rFonts w:ascii="Arial" w:hAnsi="Arial"/>
                <w:sz w:val="14"/>
              </w:rPr>
              <w:t>Profesor Seminario de Investigación II</w:t>
              <w:br/>
              <w:t>Nombre: ________________________</w:t>
              <w:br/>
              <w:t>Firma: __________________________</w:t>
            </w:r>
          </w:p>
        </w:tc>
      </w:tr>
    </w:tbl>
    <w:p>
      <w:pPr>
        <w:pStyle w:val="TIESection"/>
        <w:shd w:fill="EAF4EE"/>
      </w:pPr>
      <w:r>
        <w:t>USO EXCLUSIVO DEL COMITÉ DE TRABAJOS DE GRADO</w:t>
      </w:r>
    </w:p>
    <w:tbl>
      <w:tblPr>
        <w:tblW w:type="auto" w:w="0"/>
        <w:jc w:val="center"/>
        <w:tblLayout w:type="fixed"/>
        <w:tblLook w:firstColumn="1" w:firstRow="1" w:lastColumn="0" w:lastRow="0" w:noHBand="0" w:noVBand="1" w:val="04A0"/>
      </w:tblPr>
      <w:tblGrid>
        <w:gridCol w:w="2835"/>
        <w:gridCol w:w="7483"/>
      </w:tblGrid>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No. de radicado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Fecha de recepción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Verificación académica</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 Cumple   ☐ Devuelto por requisito pendiente</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Segundo evaluador asignado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Nombre: ____________________________________  Correo: 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Acta / decisión del Comité</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t>____________________________________________</w:t>
            </w:r>
          </w:p>
        </w:tc>
      </w:tr>
      <w:tr>
        <w:tc>
          <w:tcPr>
            <w:tcW w:type="dxa" w:w="5355"/>
            <w:shd w:fill="E7EFEA"/>
            <w:vAlign w:val="center"/>
            <w:tcMar>
              <w:top w:w="80" w:type="dxa"/>
              <w:start w:w="90" w:type="dxa"/>
              <w:bottom w:w="80" w:type="dxa"/>
              <w:end w:w="90" w:type="dxa"/>
            </w:tcMar>
          </w:tcPr>
          <w:p>
            <w:pPr>
              <w:spacing w:after="0" w:before="0" w:line="240" w:lineRule="auto"/>
            </w:pPr>
            <w:r>
              <w:rPr>
                <w:rFonts w:ascii="Arial" w:hAnsi="Arial"/>
                <w:b/>
                <w:color w:val="1F2937"/>
                <w:sz w:val="15"/>
              </w:rPr>
              <w:t>Observaciones</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5"/>
              </w:rPr>
            </w:r>
          </w:p>
        </w:tc>
      </w:tr>
    </w:tbl>
    <w:tbl>
      <w:tblPr>
        <w:tblW w:type="auto" w:w="0"/>
        <w:jc w:val="center"/>
        <w:tblLayout w:type="fixed"/>
        <w:tblLook w:firstColumn="1" w:firstRow="1" w:lastColumn="0" w:lastRow="0" w:noHBand="0" w:noVBand="1" w:val="04A0"/>
      </w:tblPr>
      <w:tblGrid>
        <w:gridCol w:w="1701"/>
        <w:gridCol w:w="8617"/>
      </w:tblGrid>
      <w:tr>
        <w:tc>
          <w:tcPr>
            <w:tcW w:type="dxa" w:w="5355"/>
            <w:tcMar>
              <w:top w:w="30" w:type="dxa"/>
              <w:start w:w="50" w:type="dxa"/>
              <w:bottom w:w="30" w:type="dxa"/>
              <w:end w:w="50" w:type="dxa"/>
            </w:tcMar>
          </w:tcPr>
          <w:p>
            <w:pPr>
              <w:jc w:val="center"/>
            </w:pPr>
            <w:r>
              <w:drawing>
                <wp:inline xmlns:a="http://schemas.openxmlformats.org/drawingml/2006/main" xmlns:pic="http://schemas.openxmlformats.org/drawingml/2006/picture">
                  <wp:extent cx="720000" cy="532174"/>
                  <wp:docPr id="1" name="Picture 1"/>
                  <wp:cNvGraphicFramePr>
                    <a:graphicFrameLocks noChangeAspect="1"/>
                  </wp:cNvGraphicFramePr>
                  <a:graphic>
                    <a:graphicData uri="http://schemas.openxmlformats.org/drawingml/2006/picture">
                      <pic:pic>
                        <pic:nvPicPr>
                          <pic:cNvPr id="0" name="uq_logo.png"/>
                          <pic:cNvPicPr/>
                        </pic:nvPicPr>
                        <pic:blipFill>
                          <a:blip r:embed="rId9"/>
                          <a:stretch>
                            <a:fillRect/>
                          </a:stretch>
                        </pic:blipFill>
                        <pic:spPr>
                          <a:xfrm>
                            <a:off x="0" y="0"/>
                            <a:ext cx="720000" cy="532174"/>
                          </a:xfrm>
                          <a:prstGeom prst="rect"/>
                        </pic:spPr>
                      </pic:pic>
                    </a:graphicData>
                  </a:graphic>
                </wp:inline>
              </w:drawing>
            </w:r>
          </w:p>
        </w:tc>
        <w:tc>
          <w:tcPr>
            <w:tcW w:type="dxa" w:w="5355"/>
            <w:tcMar>
              <w:top w:w="30" w:type="dxa"/>
              <w:start w:w="50" w:type="dxa"/>
              <w:bottom w:w="30" w:type="dxa"/>
              <w:end w:w="50" w:type="dxa"/>
            </w:tcMar>
          </w:tcPr>
          <w:p>
            <w:pPr>
              <w:jc w:val="center"/>
            </w:pPr>
            <w:r>
              <w:rPr>
                <w:rFonts w:ascii="Arial" w:hAnsi="Arial"/>
                <w:b/>
                <w:color w:val="00853E"/>
                <w:sz w:val="21"/>
              </w:rPr>
              <w:t>UNIVERSIDAD DEL QUINDÍO</w:t>
            </w:r>
          </w:p>
          <w:p>
            <w:pPr>
              <w:jc w:val="center"/>
            </w:pPr>
            <w:r>
              <w:rPr>
                <w:rFonts w:ascii="Arial" w:hAnsi="Arial"/>
                <w:b/>
                <w:sz w:val="16"/>
              </w:rPr>
              <w:t>FACULTAD DE CIENCIAS BÁSICAS Y TECNOLOGÍAS</w:t>
            </w:r>
          </w:p>
          <w:p>
            <w:pPr>
              <w:jc w:val="center"/>
            </w:pPr>
            <w:r>
              <w:rPr>
                <w:rFonts w:ascii="Arial" w:hAnsi="Arial"/>
                <w:b/>
                <w:sz w:val="16"/>
              </w:rPr>
              <w:t>PROGRAMA DE TECNOLOGÍA EN INSTRUMENTACIÓN ELECTRÓNICA</w:t>
            </w:r>
          </w:p>
        </w:tc>
      </w:tr>
    </w:tbl>
    <w:p>
      <w:pPr>
        <w:pStyle w:val="TIETitle"/>
      </w:pPr>
      <w:r>
        <w:t>FORMATO 3. CERTIFICACIÓN DE CORRECCIONES Y AVAL PARA SUSTENTACIÓN</w:t>
      </w:r>
    </w:p>
    <w:p>
      <w:pPr>
        <w:pStyle w:val="TIESub"/>
      </w:pPr>
      <w:r>
        <w:t>Formato interno del Comité de Trabajos de Grado - 2026</w:t>
      </w:r>
    </w:p>
    <w:p>
      <w:pPr>
        <w:spacing w:after="40"/>
        <w:pBdr>
          <w:bottom w:val="single" w:sz="10" w:space="1" w:color="00853E"/>
        </w:pBdr>
      </w:pPr>
    </w:p>
    <w:p>
      <w:pPr>
        <w:pStyle w:val="TIESection"/>
        <w:shd w:fill="EAF4EE"/>
      </w:pPr>
      <w:r>
        <w:t>1. IDENTIFICACIÓN DEL TRABAJO</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Fecha de certificación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Día ____ / Mes ____ / Año 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Título del trabajo de grado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Modalidad</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Proyecto de investigación   ☐ Monografía   ☐ Pasantía   ☐ Emprendimiento   ☐ Otra: 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Acta / referencia del Comité</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_______________________________________________________________</w:t>
            </w:r>
          </w:p>
        </w:tc>
      </w:tr>
    </w:tbl>
    <w:p>
      <w:pPr>
        <w:pStyle w:val="TIESection"/>
        <w:shd w:fill="EAF4EE"/>
      </w:pPr>
      <w:r>
        <w:t>2. DATOS DEL(LOS) ESTUDIANTE(S)</w:t>
      </w:r>
    </w:p>
    <w:tbl>
      <w:tblPr>
        <w:tblW w:type="auto" w:w="0"/>
        <w:jc w:val="center"/>
        <w:tblLayout w:type="fixed"/>
        <w:tblLook w:firstColumn="1" w:firstRow="1" w:lastColumn="0" w:lastRow="0" w:noHBand="0" w:noVBand="1" w:val="04A0"/>
      </w:tblPr>
      <w:tblGrid>
        <w:gridCol w:w="2268"/>
        <w:gridCol w:w="1417"/>
        <w:gridCol w:w="2948"/>
        <w:gridCol w:w="1361"/>
        <w:gridCol w:w="2154"/>
      </w:tblGrid>
      <w:tr>
        <w:trPr>
          <w:tblHeader w:val="true"/>
        </w:trPr>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Estudiante</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Código / ID</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Correo institucional</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Teléfono</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Firma</w:t>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bl>
    <w:p>
      <w:pPr>
        <w:pStyle w:val="TIESection"/>
        <w:shd w:fill="EAF4EE"/>
      </w:pPr>
      <w:r>
        <w:t>3. RESPONSABLES DE LA EVALUACIÓN</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Director del trabajo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Evaluador 1</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Evaluador 2</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Versión final revisada</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Fecha / versión del documento: ________________________________________________</w:t>
            </w:r>
          </w:p>
        </w:tc>
      </w:tr>
    </w:tbl>
    <w:p>
      <w:pPr>
        <w:pStyle w:val="TIESection"/>
        <w:shd w:fill="EAF4EE"/>
      </w:pPr>
      <w:r>
        <w:t>4. CERTIFICACIÓN</w:t>
      </w:r>
    </w:p>
    <w:p>
      <w:pPr>
        <w:pStyle w:val="TIENote"/>
        <w:jc w:val="both"/>
      </w:pPr>
      <w:r>
        <w:rPr>
          <w:b/>
        </w:rPr>
        <w:t xml:space="preserve">Los abajo firmantes certifican que las observaciones, ajustes y correcciones solicitadas durante la evaluación del informe final fueron atendidas por el(la/los) estudiante(s) y verificadas por los dos evaluadores y por el director del trabajo de grado. </w:t>
      </w:r>
      <w:r>
        <w:t>En consecuencia, se avala la versión final del documento y se deja constancia de que el trabajo se encuentra listo para ser presentado ante el Comité de Trabajos de Grado para la programación de la sustentación, de acuerdo con el calendario académico aplicable.</w:t>
      </w:r>
    </w:p>
    <w:p>
      <w:pPr>
        <w:pStyle w:val="TIENote"/>
        <w:ind w:left="142"/>
      </w:pPr>
      <w:r>
        <w:rPr>
          <w:rFonts w:ascii="Arial" w:hAnsi="Arial"/>
          <w:sz w:val="15"/>
        </w:rPr>
        <w:t xml:space="preserve">☐ </w:t>
      </w:r>
      <w:r>
        <w:t>Las correcciones solicitadas por el Evaluador 1 fueron atendidas y verificadas.</w:t>
      </w:r>
    </w:p>
    <w:p>
      <w:pPr>
        <w:pStyle w:val="TIENote"/>
        <w:ind w:left="142"/>
      </w:pPr>
      <w:r>
        <w:rPr>
          <w:rFonts w:ascii="Arial" w:hAnsi="Arial"/>
          <w:sz w:val="15"/>
        </w:rPr>
        <w:t xml:space="preserve">☐ </w:t>
      </w:r>
      <w:r>
        <w:t>Las correcciones solicitadas por el Evaluador 2 fueron atendidas y verificadas.</w:t>
      </w:r>
    </w:p>
    <w:p>
      <w:pPr>
        <w:pStyle w:val="TIENote"/>
        <w:ind w:left="142"/>
      </w:pPr>
      <w:r>
        <w:rPr>
          <w:rFonts w:ascii="Arial" w:hAnsi="Arial"/>
          <w:sz w:val="15"/>
        </w:rPr>
        <w:t xml:space="preserve">☐ </w:t>
      </w:r>
      <w:r>
        <w:t>El director revisó y avala la versión final del trabajo.</w:t>
      </w:r>
    </w:p>
    <w:p>
      <w:pPr>
        <w:pStyle w:val="TIENote"/>
        <w:ind w:left="142"/>
      </w:pPr>
      <w:r>
        <w:rPr>
          <w:rFonts w:ascii="Arial" w:hAnsi="Arial"/>
          <w:sz w:val="15"/>
        </w:rPr>
        <w:t xml:space="preserve">☐ </w:t>
      </w:r>
      <w:r>
        <w:t>El(la/los) estudiante(s) declara(n) que la versión entregada corresponde a la versión corregida y avalada.</w:t>
      </w:r>
    </w:p>
    <w:p>
      <w:pPr>
        <w:pStyle w:val="TIESection"/>
        <w:shd w:fill="EAF4EE"/>
      </w:pPr>
      <w:r>
        <w:t>5. CONCEPTO FINAL</w:t>
      </w:r>
    </w:p>
    <w:tbl>
      <w:tblPr>
        <w:tblW w:type="auto" w:w="0"/>
        <w:jc w:val="center"/>
        <w:tblLayout w:type="fixed"/>
        <w:tblLook w:firstColumn="1" w:firstRow="1" w:lastColumn="0" w:lastRow="0" w:noHBand="0" w:noVBand="1" w:val="04A0"/>
      </w:tblPr>
      <w:tblGrid>
        <w:gridCol w:w="3402"/>
        <w:gridCol w:w="6917"/>
      </w:tblGrid>
      <w:tr>
        <w:trPr>
          <w:tblHeader w:val="true"/>
        </w:trPr>
        <w:tc>
          <w:tcPr>
            <w:tcW w:type="dxa" w:w="5355"/>
            <w:vAlign w:val="center"/>
            <w:tcMar>
              <w:top w:w="80" w:type="dxa"/>
              <w:start w:w="90" w:type="dxa"/>
              <w:bottom w:w="80" w:type="dxa"/>
              <w:end w:w="90" w:type="dxa"/>
            </w:tcMar>
            <w:shd w:fill="00853E"/>
          </w:tcPr>
          <w:p>
            <w:pPr>
              <w:spacing w:after="0" w:before="0" w:line="240" w:lineRule="auto"/>
            </w:pPr>
            <w:r>
              <w:rPr>
                <w:rFonts w:ascii="Arial" w:hAnsi="Arial"/>
                <w:b/>
                <w:color w:val="FFFFFF"/>
                <w:sz w:val="16"/>
              </w:rPr>
              <w:t>Concepto</w:t>
            </w:r>
          </w:p>
        </w:tc>
        <w:tc>
          <w:tcPr>
            <w:tcW w:type="dxa" w:w="5355"/>
            <w:vAlign w:val="center"/>
            <w:tcMar>
              <w:top w:w="80" w:type="dxa"/>
              <w:start w:w="90" w:type="dxa"/>
              <w:bottom w:w="80" w:type="dxa"/>
              <w:end w:w="90" w:type="dxa"/>
            </w:tcMar>
            <w:shd w:fill="00853E"/>
          </w:tcPr>
          <w:p>
            <w:pPr>
              <w:spacing w:after="0" w:before="0" w:line="240" w:lineRule="auto"/>
            </w:pPr>
            <w:r>
              <w:rPr>
                <w:rFonts w:ascii="Arial" w:hAnsi="Arial"/>
                <w:b/>
                <w:color w:val="FFFFFF"/>
                <w:sz w:val="16"/>
              </w:rPr>
              <w:t>Observaciones / condición</w:t>
            </w:r>
          </w:p>
        </w:tc>
      </w:tr>
      <w:tr>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LISTO PARA SUSTENTACIÓN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________________________________________________________________________________</w:t>
            </w:r>
          </w:p>
        </w:tc>
      </w:tr>
    </w:tbl>
    <w:p>
      <w:pPr>
        <w:pStyle w:val="TIESection"/>
        <w:shd w:fill="EAF4EE"/>
      </w:pPr>
      <w:r>
        <w:t>6. FIRMAS DE CERTIFICACIÓN</w:t>
      </w:r>
    </w:p>
    <w:tbl>
      <w:tblPr>
        <w:tblW w:type="auto" w:w="0"/>
        <w:jc w:val="center"/>
        <w:tblLayout w:type="fixed"/>
        <w:tblLook w:firstColumn="1" w:firstRow="1" w:lastColumn="0" w:lastRow="0" w:noHBand="0" w:noVBand="1" w:val="04A0"/>
      </w:tblPr>
      <w:tblGrid>
        <w:gridCol w:w="5355"/>
        <w:gridCol w:w="5355"/>
      </w:tblGrid>
      <w:tr>
        <w:tc>
          <w:tcPr>
            <w:tcW w:type="dxa" w:w="5355"/>
            <w:vAlign w:val="center"/>
          </w:tcPr>
          <w:p>
            <w:pPr>
              <w:spacing w:after="0"/>
              <w:jc w:val="center"/>
            </w:pPr>
            <w:r>
              <w:rPr>
                <w:rFonts w:ascii="Arial" w:hAnsi="Arial"/>
                <w:sz w:val="14"/>
              </w:rPr>
              <w:br/>
              <w:br/>
              <w:t>__________________________________</w:t>
            </w:r>
          </w:p>
        </w:tc>
        <w:tc>
          <w:tcPr>
            <w:tcW w:type="dxa" w:w="5355"/>
            <w:vAlign w:val="center"/>
          </w:tcPr>
          <w:p>
            <w:pPr>
              <w:spacing w:after="0"/>
              <w:jc w:val="center"/>
            </w:pPr>
            <w:r>
              <w:rPr>
                <w:rFonts w:ascii="Arial" w:hAnsi="Arial"/>
                <w:sz w:val="14"/>
              </w:rPr>
              <w:br/>
              <w:br/>
              <w:t>__________________________________</w:t>
            </w:r>
          </w:p>
        </w:tc>
      </w:tr>
      <w:tr>
        <w:tc>
          <w:tcPr>
            <w:tcW w:type="dxa" w:w="5355"/>
            <w:vAlign w:val="center"/>
          </w:tcPr>
          <w:p>
            <w:pPr>
              <w:spacing w:after="0"/>
              <w:jc w:val="center"/>
            </w:pPr>
            <w:r>
              <w:rPr>
                <w:rFonts w:ascii="Arial" w:hAnsi="Arial"/>
                <w:sz w:val="14"/>
              </w:rPr>
              <w:t>Evaluador 1</w:t>
              <w:br/>
              <w:t>Nombre: ________________________</w:t>
              <w:br/>
              <w:t>Firma: __________________________</w:t>
            </w:r>
          </w:p>
        </w:tc>
        <w:tc>
          <w:tcPr>
            <w:tcW w:type="dxa" w:w="5355"/>
            <w:vAlign w:val="center"/>
          </w:tcPr>
          <w:p>
            <w:pPr>
              <w:spacing w:after="0"/>
              <w:jc w:val="center"/>
            </w:pPr>
            <w:r>
              <w:rPr>
                <w:rFonts w:ascii="Arial" w:hAnsi="Arial"/>
                <w:sz w:val="14"/>
              </w:rPr>
              <w:t>Evaluador 2</w:t>
              <w:br/>
              <w:t>Nombre: ________________________</w:t>
              <w:br/>
              <w:t>Firma: __________________________</w:t>
            </w:r>
          </w:p>
        </w:tc>
      </w:tr>
    </w:tbl>
    <w:tbl>
      <w:tblPr>
        <w:tblW w:type="auto" w:w="0"/>
        <w:jc w:val="center"/>
        <w:tblLayout w:type="fixed"/>
        <w:tblLook w:firstColumn="1" w:firstRow="1" w:lastColumn="0" w:lastRow="0" w:noHBand="0" w:noVBand="1" w:val="04A0"/>
      </w:tblPr>
      <w:tblGrid>
        <w:gridCol w:w="5355"/>
        <w:gridCol w:w="5355"/>
      </w:tblGrid>
      <w:tr>
        <w:tc>
          <w:tcPr>
            <w:tcW w:type="dxa" w:w="5355"/>
            <w:vAlign w:val="center"/>
          </w:tcPr>
          <w:p>
            <w:pPr>
              <w:spacing w:after="0"/>
              <w:jc w:val="center"/>
            </w:pPr>
            <w:r>
              <w:rPr>
                <w:rFonts w:ascii="Arial" w:hAnsi="Arial"/>
                <w:sz w:val="14"/>
              </w:rPr>
              <w:br/>
              <w:br/>
              <w:t>__________________________________</w:t>
            </w:r>
          </w:p>
        </w:tc>
        <w:tc>
          <w:tcPr>
            <w:tcW w:type="dxa" w:w="5355"/>
            <w:vAlign w:val="center"/>
          </w:tcPr>
          <w:p>
            <w:pPr>
              <w:spacing w:after="0"/>
              <w:jc w:val="center"/>
            </w:pPr>
            <w:r>
              <w:rPr>
                <w:rFonts w:ascii="Arial" w:hAnsi="Arial"/>
                <w:sz w:val="14"/>
              </w:rPr>
              <w:br/>
              <w:br/>
              <w:t>__________________________________</w:t>
            </w:r>
          </w:p>
        </w:tc>
      </w:tr>
      <w:tr>
        <w:tc>
          <w:tcPr>
            <w:tcW w:type="dxa" w:w="5355"/>
            <w:vAlign w:val="center"/>
          </w:tcPr>
          <w:p>
            <w:pPr>
              <w:spacing w:after="0"/>
              <w:jc w:val="center"/>
            </w:pPr>
            <w:r>
              <w:rPr>
                <w:rFonts w:ascii="Arial" w:hAnsi="Arial"/>
                <w:sz w:val="14"/>
              </w:rPr>
              <w:t>Director del trabajo de grado</w:t>
              <w:br/>
              <w:t>Nombre: ________________________</w:t>
              <w:br/>
              <w:t>Firma: __________________________</w:t>
            </w:r>
          </w:p>
        </w:tc>
        <w:tc>
          <w:tcPr>
            <w:tcW w:type="dxa" w:w="5355"/>
            <w:vAlign w:val="center"/>
          </w:tcPr>
          <w:p>
            <w:pPr>
              <w:spacing w:after="0"/>
              <w:jc w:val="center"/>
            </w:pPr>
            <w:r>
              <w:rPr>
                <w:rFonts w:ascii="Arial" w:hAnsi="Arial"/>
                <w:sz w:val="14"/>
              </w:rPr>
              <w:t>Estudiante(s)</w:t>
              <w:br/>
              <w:t>Nombre: ________________________</w:t>
              <w:br/>
              <w:t>Firma: __________________________</w:t>
            </w:r>
          </w:p>
        </w:tc>
      </w:tr>
    </w:tbl>
    <w:p>
      <w:pPr>
        <w:pStyle w:val="TIESection"/>
        <w:shd w:fill="EAF4EE"/>
      </w:pPr>
      <w:r>
        <w:t>7. RECEPCIÓN POR EL COMITÉ</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Fecha de recepción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Programación de sustentación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Fecha: __________________________  Hora: __________  Lugar: 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Observaciones del Comité</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r>
          </w:p>
        </w:tc>
      </w:tr>
    </w:tbl>
    <w:p>
      <w:pPr>
        <w:pStyle w:val="TIENote"/>
        <w:jc w:val="both"/>
      </w:pPr>
      <w:r>
        <w:rPr>
          <w:b/>
        </w:rPr>
        <w:t xml:space="preserve">Nota: </w:t>
      </w:r>
      <w:r>
        <w:t>esta certificación corresponde al aval previo a la sustentación y no sustituye el acta de evaluación de la sustentación ni los demás documentos institucionales que resulten aplicables.</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5A5A"/>
        <w:sz w:val="15"/>
      </w:rPr>
      <w:t>Comité de Trabajos de Grado | Tecnología en Instrumentación Electrónica | Universidad del Quindío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40" w:lineRule="auto"/>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ETitle">
    <w:name w:val="TIE Title"/>
    <w:pPr>
      <w:spacing w:before="40" w:after="60"/>
      <w:jc w:val="center"/>
    </w:pPr>
    <w:rPr>
      <w:rFonts w:ascii="Arial" w:hAnsi="Arial"/>
      <w:b/>
      <w:color w:val="00853E"/>
      <w:sz w:val="23"/>
    </w:rPr>
  </w:style>
  <w:style w:type="paragraph" w:customStyle="1" w:styleId="TIESub">
    <w:name w:val="TIE Sub"/>
    <w:pPr>
      <w:spacing w:before="40" w:after="60"/>
      <w:jc w:val="center"/>
    </w:pPr>
    <w:rPr>
      <w:rFonts w:ascii="Arial" w:hAnsi="Arial"/>
      <w:b/>
      <w:color w:val="1F2937"/>
      <w:sz w:val="16"/>
    </w:rPr>
  </w:style>
  <w:style w:type="paragraph" w:customStyle="1" w:styleId="TIESection">
    <w:name w:val="TIE Section"/>
    <w:pPr>
      <w:spacing w:before="40" w:after="60"/>
      <w:jc w:val="left"/>
    </w:pPr>
    <w:rPr>
      <w:rFonts w:ascii="Arial" w:hAnsi="Arial"/>
      <w:b/>
      <w:color w:val="00853E"/>
      <w:sz w:val="17"/>
    </w:rPr>
  </w:style>
  <w:style w:type="paragraph" w:customStyle="1" w:styleId="TIENote">
    <w:name w:val="TIE Note"/>
    <w:pPr>
      <w:spacing w:before="40" w:after="60"/>
      <w:jc w:val="both"/>
    </w:pPr>
    <w:rPr>
      <w:rFonts w:ascii="Arial" w:hAnsi="Arial"/>
      <w:b w:val="0"/>
      <w:color w:val="1F2937"/>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