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617"/>
      </w:tblGrid>
      <w:tr>
        <w:tc>
          <w:tcPr>
            <w:tcW w:type="dxa" w:w="5355"/>
            <w:tcMar>
              <w:top w:w="30" w:type="dxa"/>
              <w:start w:w="50" w:type="dxa"/>
              <w:bottom w:w="30" w:type="dxa"/>
              <w:end w:w="5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53217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uq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321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30" w:type="dxa"/>
              <w:start w:w="50" w:type="dxa"/>
              <w:bottom w:w="30" w:type="dxa"/>
              <w:end w:w="5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00853E"/>
                <w:sz w:val="21"/>
              </w:rPr>
              <w:t>UNIVERSIDAD DEL QUINDÍO</w:t>
            </w:r>
          </w:p>
          <w:p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FACULTAD DE CIENCIAS BÁSICAS Y TECNOLOGÍAS</w:t>
            </w:r>
          </w:p>
          <w:p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PROGRAMA DE TECNOLOGÍA EN INSTRUMENTACIÓN ELECTRÓNICA</w:t>
            </w:r>
          </w:p>
        </w:tc>
      </w:tr>
    </w:tbl>
    <w:p>
      <w:pPr>
        <w:pStyle w:val="TIETitle"/>
      </w:pPr>
      <w:r>
        <w:t>FORMATO 2. ENTREGA DE INFORME FINAL Y SOLICITUD DE ASIGNACIÓN DE SEGUNDO EVALUADOR</w:t>
      </w:r>
    </w:p>
    <w:p>
      <w:pPr>
        <w:pStyle w:val="TIESub"/>
      </w:pPr>
      <w:r>
        <w:t>Formato interno del Comité de Trabajos de Grado - 2026</w:t>
      </w:r>
    </w:p>
    <w:p>
      <w:pPr>
        <w:spacing w:after="40"/>
        <w:pBdr>
          <w:bottom w:val="single" w:sz="10" w:space="1" w:color="00853E"/>
        </w:pBdr>
      </w:pPr>
    </w:p>
    <w:p>
      <w:pPr>
        <w:pStyle w:val="TIESection"/>
        <w:shd w:fill="EAF4EE"/>
      </w:pPr>
      <w:r>
        <w:t>1. DATOS DEL TRABAJO DE GRADO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8"/>
        <w:gridCol w:w="7710"/>
      </w:tblGrid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Fecha de solicitud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Día ____ / Mes ____ / Año 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Título del trabajo de grado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Modalidad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☐ Proyecto de investigación   ☐ Monografía   ☐ Pasantía   ☐ Emprendimiento   ☐ Otra: __________________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Acta / fecha de aprobación del anteproyecto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_______________________________________________________________</w:t>
            </w:r>
          </w:p>
        </w:tc>
      </w:tr>
    </w:tbl>
    <w:p>
      <w:pPr>
        <w:pStyle w:val="TIESection"/>
        <w:shd w:fill="EAF4EE"/>
      </w:pPr>
      <w:r>
        <w:t>2. DATOS DEL(LOS) ESTUDIANTE(S)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1417"/>
        <w:gridCol w:w="2948"/>
        <w:gridCol w:w="1361"/>
        <w:gridCol w:w="2154"/>
      </w:tblGrid>
      <w:tr>
        <w:trPr>
          <w:tblHeader w:val="true"/>
        </w:trPr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Estudiante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Código / ID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Correo institucional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Teléfono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Firma</w:t>
            </w:r>
          </w:p>
        </w:tc>
      </w:tr>
      <w:tr>
        <w:trPr>
          <w:trHeight w:val="369"/>
        </w:trPr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rPr>
          <w:trHeight w:val="369"/>
        </w:trPr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</w:tr>
    </w:tbl>
    <w:p>
      <w:pPr>
        <w:pStyle w:val="TIESection"/>
        <w:shd w:fill="EAF4EE"/>
      </w:pPr>
      <w:r>
        <w:t>3. DIRECCIÓN, PRIMER EVALUADOR Y SEMINARIO 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8"/>
        <w:gridCol w:w="7710"/>
      </w:tblGrid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Director del trabajo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Nombre: __________________________________________  Correo: ______________________________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Primer evaluador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Nombre: __________________________________________  Correo: ______________________________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Profesor Seminario de Investigación II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Nombre: __________________________________________  Correo: ______________________________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Estado de Seminario II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☐ Cursando   ☐ Aprobado   Periodo: ______________________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Estado del estudiante en SAC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☐ ACTIVO   ☐ CONTINUIDAD   (verificación a cargo del Comité)</w:t>
            </w:r>
          </w:p>
        </w:tc>
      </w:tr>
    </w:tbl>
    <w:p>
      <w:pPr>
        <w:pStyle w:val="TIESection"/>
        <w:shd w:fill="EAF4EE"/>
      </w:pPr>
      <w:r>
        <w:t>4. DECLARACIÓN PARA ENTREGA DEL INFORME FINAL</w:t>
      </w:r>
    </w:p>
    <w:p>
      <w:pPr>
        <w:pStyle w:val="TIENote"/>
        <w:jc w:val="both"/>
      </w:pPr>
      <w:r>
        <w:rPr>
          <w:b/>
        </w:rPr>
        <w:t xml:space="preserve">El(la/los) estudiante(s), el director del trabajo y el profesor de Seminario de Investigación II certifican que el informe final presentado corresponde al trabajo desarrollado y está en condiciones de ser remitido al Comité de Trabajos de Grado para continuar el proceso de evaluación. </w:t>
      </w:r>
      <w:r>
        <w:t>Mediante este documento se solicita formalmente la asignación del segundo evaluador del informe final.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El estudiante aprobó Seminario de Investigación I.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El estudiante se encuentra cursando o ha aprobado Seminario de Investigación II.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El estudiante se encuentra ACTIVO o en CONTINUIDAD en SAC al momento de la entrega.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El informe final cumple el límite de extensión definido por el programa (máximo 45 folios).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El director avala la versión entregada para evaluación final.</w:t>
      </w:r>
    </w:p>
    <w:p>
      <w:pPr>
        <w:pStyle w:val="TIESection"/>
        <w:shd w:fill="EAF4EE"/>
      </w:pPr>
      <w:r>
        <w:t>5. FIRMAS DE ENTREGA Y AVAL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br/>
              <w:br/>
              <w:t>__________________________________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br/>
              <w:br/>
              <w:t>__________________________________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br/>
              <w:br/>
              <w:t>__________________________________</w:t>
            </w:r>
          </w:p>
        </w:tc>
      </w:tr>
      <w:tr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Estudiante(s)</w:t>
              <w:br/>
              <w:t>Nombre: ________________________</w:t>
              <w:br/>
              <w:t>Firma: 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Director del trabajo de grado</w:t>
              <w:br/>
              <w:t>Nombre: ________________________</w:t>
              <w:br/>
              <w:t>Firma: 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Profesor Seminario de Investigación II</w:t>
              <w:br/>
              <w:t>Nombre: ________________________</w:t>
              <w:br/>
              <w:t>Firma: __________________________</w:t>
            </w:r>
          </w:p>
        </w:tc>
      </w:tr>
    </w:tbl>
    <w:p>
      <w:pPr>
        <w:pStyle w:val="TIESection"/>
        <w:shd w:fill="EAF4EE"/>
      </w:pPr>
      <w:r>
        <w:t>USO EXCLUSIVO DEL COMITÉ DE TRABAJOS DE GRADO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483"/>
      </w:tblGrid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No. de radicado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Fecha de recepción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Verificación académica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☐ Cumple   ☐ Devuelto por requisito pendiente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Segundo evaluador asignado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Nombre: ____________________________________  Correo: 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Acta / decisión del Comité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____________________________________________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Observaciones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</w:tr>
    </w:tbl>
    <w:sectPr w:rsidR="00FC693F" w:rsidRPr="0006063C" w:rsidSect="00034616">
      <w:footerReference w:type="default" r:id="rId10"/>
      <w:pgSz w:w="12240" w:h="15840"/>
      <w:pgMar w:top="510" w:right="765" w:bottom="510" w:left="765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5A5A"/>
        <w:sz w:val="15"/>
      </w:rPr>
      <w:t>Comité de Trabajos de Grado | Tecnología en Instrumentación Electrónica | Universidad del Quindío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ETitle">
    <w:name w:val="TIE Title"/>
    <w:pPr>
      <w:spacing w:before="40" w:after="60"/>
      <w:jc w:val="center"/>
    </w:pPr>
    <w:rPr>
      <w:rFonts w:ascii="Arial" w:hAnsi="Arial"/>
      <w:b/>
      <w:color w:val="00853E"/>
      <w:sz w:val="23"/>
    </w:rPr>
  </w:style>
  <w:style w:type="paragraph" w:customStyle="1" w:styleId="TIESub">
    <w:name w:val="TIE Sub"/>
    <w:pPr>
      <w:spacing w:before="40" w:after="60"/>
      <w:jc w:val="center"/>
    </w:pPr>
    <w:rPr>
      <w:rFonts w:ascii="Arial" w:hAnsi="Arial"/>
      <w:b/>
      <w:color w:val="1F2937"/>
      <w:sz w:val="16"/>
    </w:rPr>
  </w:style>
  <w:style w:type="paragraph" w:customStyle="1" w:styleId="TIESection">
    <w:name w:val="TIE Section"/>
    <w:pPr>
      <w:spacing w:before="40" w:after="60"/>
      <w:jc w:val="left"/>
    </w:pPr>
    <w:rPr>
      <w:rFonts w:ascii="Arial" w:hAnsi="Arial"/>
      <w:b/>
      <w:color w:val="00853E"/>
      <w:sz w:val="17"/>
    </w:rPr>
  </w:style>
  <w:style w:type="paragraph" w:customStyle="1" w:styleId="TIENote">
    <w:name w:val="TIE Note"/>
    <w:pPr>
      <w:spacing w:before="40" w:after="60"/>
      <w:jc w:val="both"/>
    </w:pPr>
    <w:rPr>
      <w:rFonts w:ascii="Arial" w:hAnsi="Arial"/>
      <w:b w:val="0"/>
      <w:color w:val="1F2937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